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31BEE6" w14:textId="77777777" w:rsidR="0009269B" w:rsidRPr="00730F34" w:rsidRDefault="00000000">
      <w:pPr>
        <w:spacing w:line="240" w:lineRule="auto"/>
        <w:jc w:val="center"/>
        <w:rPr>
          <w:lang w:val="ru-RU"/>
        </w:rPr>
      </w:pPr>
      <w:r w:rsidRPr="00730F34">
        <w:rPr>
          <w:b/>
          <w:lang w:val="ru-RU"/>
        </w:rPr>
        <w:t>ШАБЛОН РЕЦЕНЗИИ</w:t>
      </w:r>
    </w:p>
    <w:p w14:paraId="2C75488F" w14:textId="77777777" w:rsidR="0009269B" w:rsidRPr="00730F34" w:rsidRDefault="00000000">
      <w:pPr>
        <w:spacing w:line="240" w:lineRule="auto"/>
        <w:jc w:val="center"/>
        <w:rPr>
          <w:lang w:val="ru-RU"/>
        </w:rPr>
      </w:pPr>
      <w:r w:rsidRPr="00730F34">
        <w:rPr>
          <w:lang w:val="ru-RU"/>
        </w:rPr>
        <w:t>на научную статью, направленную в журнал «Системные технологии»</w:t>
      </w:r>
    </w:p>
    <w:p w14:paraId="2A6D68F9" w14:textId="77777777" w:rsidR="0009269B" w:rsidRPr="00730F34" w:rsidRDefault="00000000">
      <w:pPr>
        <w:spacing w:line="240" w:lineRule="auto"/>
        <w:jc w:val="center"/>
        <w:rPr>
          <w:lang w:val="ru-RU"/>
        </w:rPr>
      </w:pPr>
      <w:r w:rsidRPr="00730F34">
        <w:rPr>
          <w:i/>
          <w:sz w:val="22"/>
          <w:lang w:val="ru-RU"/>
        </w:rPr>
        <w:t>Заполните поля в квадратных скобках. Рецензия предназначена только для редакции и не передаётся авторам в подписанном виде.</w:t>
      </w:r>
    </w:p>
    <w:p w14:paraId="4260D5D3" w14:textId="77777777" w:rsidR="0009269B" w:rsidRPr="00730F34" w:rsidRDefault="0009269B">
      <w:pPr>
        <w:spacing w:line="240" w:lineRule="auto"/>
        <w:jc w:val="both"/>
        <w:rPr>
          <w:lang w:val="ru-RU"/>
        </w:rPr>
      </w:pPr>
    </w:p>
    <w:p w14:paraId="1903B819" w14:textId="77777777" w:rsidR="0009269B" w:rsidRPr="00730F34" w:rsidRDefault="00000000">
      <w:pPr>
        <w:spacing w:line="288" w:lineRule="auto"/>
        <w:rPr>
          <w:lang w:val="ru-RU"/>
        </w:rPr>
      </w:pPr>
      <w:r w:rsidRPr="00730F34">
        <w:rPr>
          <w:b/>
          <w:lang w:val="ru-RU"/>
        </w:rPr>
        <w:t xml:space="preserve">Дата получения рецензии: </w:t>
      </w:r>
      <w:r w:rsidRPr="00730F34">
        <w:rPr>
          <w:lang w:val="ru-RU"/>
        </w:rPr>
        <w:t>[дд.мм.гггг]</w:t>
      </w:r>
    </w:p>
    <w:p w14:paraId="3EBA4A09" w14:textId="77777777" w:rsidR="0009269B" w:rsidRPr="00730F34" w:rsidRDefault="00000000">
      <w:pPr>
        <w:spacing w:line="288" w:lineRule="auto"/>
        <w:rPr>
          <w:lang w:val="ru-RU"/>
        </w:rPr>
      </w:pPr>
      <w:r w:rsidRPr="00730F34">
        <w:rPr>
          <w:b/>
          <w:lang w:val="ru-RU"/>
        </w:rPr>
        <w:t xml:space="preserve">Название статьи: </w:t>
      </w:r>
      <w:r w:rsidRPr="00730F34">
        <w:rPr>
          <w:lang w:val="ru-RU"/>
        </w:rPr>
        <w:t>[укажите название рукописи]</w:t>
      </w:r>
    </w:p>
    <w:p w14:paraId="0BB70288" w14:textId="77777777" w:rsidR="0009269B" w:rsidRPr="00730F34" w:rsidRDefault="00000000">
      <w:pPr>
        <w:spacing w:line="288" w:lineRule="auto"/>
        <w:rPr>
          <w:lang w:val="ru-RU"/>
        </w:rPr>
      </w:pPr>
      <w:r w:rsidRPr="00730F34">
        <w:rPr>
          <w:b/>
          <w:lang w:val="ru-RU"/>
        </w:rPr>
        <w:t xml:space="preserve">Тип статьи: </w:t>
      </w:r>
      <w:r w:rsidRPr="00730F34">
        <w:rPr>
          <w:lang w:val="ru-RU"/>
        </w:rPr>
        <w:t>☐ исследовательская статья   ☐ обзорная статья   ☐ краткое сообщение   ☐ другое: [указать]</w:t>
      </w:r>
    </w:p>
    <w:p w14:paraId="06E8C4EC" w14:textId="77777777" w:rsidR="0009269B" w:rsidRPr="00730F34" w:rsidRDefault="00000000">
      <w:pPr>
        <w:spacing w:line="288" w:lineRule="auto"/>
        <w:rPr>
          <w:lang w:val="ru-RU"/>
        </w:rPr>
      </w:pPr>
      <w:r w:rsidRPr="00730F34">
        <w:rPr>
          <w:b/>
          <w:lang w:val="ru-RU"/>
        </w:rPr>
        <w:t xml:space="preserve">Тематика / научная специальность: </w:t>
      </w:r>
      <w:r w:rsidRPr="00730F34">
        <w:rPr>
          <w:lang w:val="ru-RU"/>
        </w:rPr>
        <w:t>[укажите]</w:t>
      </w:r>
    </w:p>
    <w:p w14:paraId="2AD736FA" w14:textId="77777777" w:rsidR="0009269B" w:rsidRPr="00730F34" w:rsidRDefault="00000000">
      <w:pPr>
        <w:jc w:val="center"/>
        <w:rPr>
          <w:lang w:val="ru-RU"/>
        </w:rPr>
      </w:pPr>
      <w:r w:rsidRPr="00730F34">
        <w:rPr>
          <w:b/>
          <w:lang w:val="ru-RU"/>
        </w:rPr>
        <w:t>СВЕДЕНИЯ О РЕЦЕНЗЕНТЕ</w:t>
      </w:r>
    </w:p>
    <w:p w14:paraId="1D64D2DD" w14:textId="77777777" w:rsidR="0009269B" w:rsidRPr="00730F34" w:rsidRDefault="00000000">
      <w:pPr>
        <w:spacing w:line="288" w:lineRule="auto"/>
        <w:rPr>
          <w:lang w:val="ru-RU"/>
        </w:rPr>
      </w:pPr>
      <w:r w:rsidRPr="00730F34">
        <w:rPr>
          <w:b/>
          <w:lang w:val="ru-RU"/>
        </w:rPr>
        <w:t xml:space="preserve">Фамилия, имя, отчество: </w:t>
      </w:r>
      <w:r w:rsidRPr="00730F34">
        <w:rPr>
          <w:lang w:val="ru-RU"/>
        </w:rPr>
        <w:t>[ФИО]</w:t>
      </w:r>
    </w:p>
    <w:p w14:paraId="3FFA2B0C" w14:textId="77777777" w:rsidR="0009269B" w:rsidRPr="00730F34" w:rsidRDefault="00000000">
      <w:pPr>
        <w:spacing w:line="288" w:lineRule="auto"/>
        <w:rPr>
          <w:lang w:val="ru-RU"/>
        </w:rPr>
      </w:pPr>
      <w:r w:rsidRPr="00730F34">
        <w:rPr>
          <w:b/>
          <w:lang w:val="ru-RU"/>
        </w:rPr>
        <w:t xml:space="preserve">Учёная степень, учёное звание: </w:t>
      </w:r>
      <w:r w:rsidRPr="00730F34">
        <w:rPr>
          <w:lang w:val="ru-RU"/>
        </w:rPr>
        <w:t>[указать]</w:t>
      </w:r>
    </w:p>
    <w:p w14:paraId="7B523F20" w14:textId="77777777" w:rsidR="0009269B" w:rsidRPr="00730F34" w:rsidRDefault="00000000">
      <w:pPr>
        <w:spacing w:line="288" w:lineRule="auto"/>
        <w:rPr>
          <w:lang w:val="ru-RU"/>
        </w:rPr>
      </w:pPr>
      <w:r w:rsidRPr="00730F34">
        <w:rPr>
          <w:b/>
          <w:lang w:val="ru-RU"/>
        </w:rPr>
        <w:t xml:space="preserve">Должность, организация: </w:t>
      </w:r>
      <w:r w:rsidRPr="00730F34">
        <w:rPr>
          <w:lang w:val="ru-RU"/>
        </w:rPr>
        <w:t>[указать]</w:t>
      </w:r>
    </w:p>
    <w:p w14:paraId="1D4CB1AD" w14:textId="77777777" w:rsidR="0009269B" w:rsidRPr="00730F34" w:rsidRDefault="00000000">
      <w:pPr>
        <w:spacing w:line="288" w:lineRule="auto"/>
        <w:rPr>
          <w:lang w:val="ru-RU"/>
        </w:rPr>
      </w:pPr>
      <w:r>
        <w:rPr>
          <w:b/>
        </w:rPr>
        <w:t>E</w:t>
      </w:r>
      <w:r w:rsidRPr="00730F34">
        <w:rPr>
          <w:b/>
          <w:lang w:val="ru-RU"/>
        </w:rPr>
        <w:t>-</w:t>
      </w:r>
      <w:r>
        <w:rPr>
          <w:b/>
        </w:rPr>
        <w:t>mail</w:t>
      </w:r>
      <w:r w:rsidRPr="00730F34">
        <w:rPr>
          <w:b/>
          <w:lang w:val="ru-RU"/>
        </w:rPr>
        <w:t xml:space="preserve">: </w:t>
      </w:r>
      <w:r w:rsidRPr="00730F34">
        <w:rPr>
          <w:lang w:val="ru-RU"/>
        </w:rPr>
        <w:t>[указать]</w:t>
      </w:r>
    </w:p>
    <w:p w14:paraId="224907DA" w14:textId="77777777" w:rsidR="0009269B" w:rsidRPr="00730F34" w:rsidRDefault="00000000">
      <w:pPr>
        <w:spacing w:line="288" w:lineRule="auto"/>
        <w:rPr>
          <w:lang w:val="ru-RU"/>
        </w:rPr>
      </w:pPr>
      <w:r>
        <w:rPr>
          <w:b/>
        </w:rPr>
        <w:t>ORCID</w:t>
      </w:r>
      <w:r w:rsidRPr="00730F34">
        <w:rPr>
          <w:b/>
          <w:lang w:val="ru-RU"/>
        </w:rPr>
        <w:t xml:space="preserve"> / </w:t>
      </w:r>
      <w:proofErr w:type="spellStart"/>
      <w:r>
        <w:rPr>
          <w:b/>
        </w:rPr>
        <w:t>ResearcherID</w:t>
      </w:r>
      <w:proofErr w:type="spellEnd"/>
      <w:r w:rsidRPr="00730F34">
        <w:rPr>
          <w:b/>
          <w:lang w:val="ru-RU"/>
        </w:rPr>
        <w:t xml:space="preserve"> (при наличии): </w:t>
      </w:r>
      <w:r w:rsidRPr="00730F34">
        <w:rPr>
          <w:lang w:val="ru-RU"/>
        </w:rPr>
        <w:t>[указать]</w:t>
      </w:r>
    </w:p>
    <w:p w14:paraId="66BEED0A" w14:textId="77777777" w:rsidR="0009269B" w:rsidRPr="00730F34" w:rsidRDefault="00000000">
      <w:pPr>
        <w:spacing w:line="288" w:lineRule="auto"/>
        <w:rPr>
          <w:lang w:val="ru-RU"/>
        </w:rPr>
      </w:pPr>
      <w:r w:rsidRPr="00730F34">
        <w:rPr>
          <w:b/>
          <w:lang w:val="ru-RU"/>
        </w:rPr>
        <w:t xml:space="preserve">Область научной компетенции: </w:t>
      </w:r>
      <w:r w:rsidRPr="00730F34">
        <w:rPr>
          <w:lang w:val="ru-RU"/>
        </w:rPr>
        <w:t>[указать]</w:t>
      </w:r>
    </w:p>
    <w:p w14:paraId="45989756" w14:textId="77777777" w:rsidR="0009269B" w:rsidRPr="00730F34" w:rsidRDefault="00000000">
      <w:pPr>
        <w:jc w:val="center"/>
        <w:rPr>
          <w:lang w:val="ru-RU"/>
        </w:rPr>
      </w:pPr>
      <w:r w:rsidRPr="00730F34">
        <w:rPr>
          <w:b/>
          <w:lang w:val="ru-RU"/>
        </w:rPr>
        <w:t>ЗАЯВЛЕНИЕ РЕЦЕНЗЕНТА</w:t>
      </w:r>
    </w:p>
    <w:p w14:paraId="09F29E01" w14:textId="77777777" w:rsidR="0009269B" w:rsidRPr="00730F34" w:rsidRDefault="00000000">
      <w:pPr>
        <w:spacing w:line="276" w:lineRule="auto"/>
        <w:rPr>
          <w:lang w:val="ru-RU"/>
        </w:rPr>
      </w:pPr>
      <w:r w:rsidRPr="00730F34">
        <w:rPr>
          <w:sz w:val="26"/>
          <w:lang w:val="ru-RU"/>
        </w:rPr>
        <w:t>☐ Подтверждаю, что обладаю достаточной компетенцией для оценки данной рукописи.</w:t>
      </w:r>
    </w:p>
    <w:p w14:paraId="3BA44516" w14:textId="77777777" w:rsidR="0009269B" w:rsidRPr="00730F34" w:rsidRDefault="00000000">
      <w:pPr>
        <w:spacing w:line="276" w:lineRule="auto"/>
        <w:rPr>
          <w:lang w:val="ru-RU"/>
        </w:rPr>
      </w:pPr>
      <w:r w:rsidRPr="00730F34">
        <w:rPr>
          <w:sz w:val="26"/>
          <w:lang w:val="ru-RU"/>
        </w:rPr>
        <w:t>☐ Подтверждаю отсутствие реального или потенциального конфликта интересов с авторами, их организациями и результатами исследования.</w:t>
      </w:r>
    </w:p>
    <w:p w14:paraId="27FB23BA" w14:textId="77777777" w:rsidR="0009269B" w:rsidRPr="00730F34" w:rsidRDefault="00000000">
      <w:pPr>
        <w:spacing w:line="276" w:lineRule="auto"/>
        <w:rPr>
          <w:lang w:val="ru-RU"/>
        </w:rPr>
      </w:pPr>
      <w:r w:rsidRPr="00730F34">
        <w:rPr>
          <w:sz w:val="26"/>
          <w:lang w:val="ru-RU"/>
        </w:rPr>
        <w:t>☐ При наличии конфликта интересов описываю его ниже и прошу редакцию решить вопрос о возможности моего участия в рецензировании.</w:t>
      </w:r>
    </w:p>
    <w:p w14:paraId="68965C07" w14:textId="77777777" w:rsidR="0009269B" w:rsidRPr="00730F34" w:rsidRDefault="00000000">
      <w:pPr>
        <w:spacing w:line="276" w:lineRule="auto"/>
        <w:rPr>
          <w:lang w:val="ru-RU"/>
        </w:rPr>
      </w:pPr>
      <w:r w:rsidRPr="00730F34">
        <w:rPr>
          <w:sz w:val="26"/>
          <w:lang w:val="ru-RU"/>
        </w:rPr>
        <w:t>☐ Обязуюсь сохранять конфиденциальность рукописи, не передавать её третьим лицам и не использовать неопубликованные сведения в личных, научных или коммерческих целях.</w:t>
      </w:r>
    </w:p>
    <w:p w14:paraId="6B5560FE" w14:textId="77777777" w:rsidR="0009269B" w:rsidRPr="00730F34" w:rsidRDefault="00000000">
      <w:pPr>
        <w:spacing w:line="276" w:lineRule="auto"/>
        <w:rPr>
          <w:lang w:val="ru-RU"/>
        </w:rPr>
      </w:pPr>
      <w:r w:rsidRPr="00730F34">
        <w:rPr>
          <w:sz w:val="26"/>
          <w:lang w:val="ru-RU"/>
        </w:rPr>
        <w:t>☐ Не использовал(а) и не буду использовать публичные генеративные ИИ-сервисы для загрузки текста рукописи или её существенных фрагментов.</w:t>
      </w:r>
    </w:p>
    <w:p w14:paraId="4576D20E" w14:textId="77777777" w:rsidR="0009269B" w:rsidRPr="00730F34" w:rsidRDefault="00000000">
      <w:pPr>
        <w:spacing w:line="288" w:lineRule="auto"/>
        <w:rPr>
          <w:lang w:val="ru-RU"/>
        </w:rPr>
      </w:pPr>
      <w:r w:rsidRPr="00730F34">
        <w:rPr>
          <w:b/>
          <w:lang w:val="ru-RU"/>
        </w:rPr>
        <w:t xml:space="preserve">Комментарий о конфликте интересов (если имеется): </w:t>
      </w:r>
      <w:r w:rsidRPr="00730F34">
        <w:rPr>
          <w:lang w:val="ru-RU"/>
        </w:rPr>
        <w:t>[указать / нет]</w:t>
      </w:r>
    </w:p>
    <w:p w14:paraId="7A653E92" w14:textId="77777777" w:rsidR="0009269B" w:rsidRPr="00730F34" w:rsidRDefault="00000000">
      <w:pPr>
        <w:jc w:val="center"/>
        <w:rPr>
          <w:lang w:val="ru-RU"/>
        </w:rPr>
      </w:pPr>
      <w:r w:rsidRPr="00730F34">
        <w:rPr>
          <w:b/>
          <w:lang w:val="ru-RU"/>
        </w:rPr>
        <w:t>ОЦЕНКА РУКОПИСИ</w:t>
      </w:r>
    </w:p>
    <w:p w14:paraId="191E5EED" w14:textId="77777777" w:rsidR="0009269B" w:rsidRPr="00730F34" w:rsidRDefault="00000000">
      <w:pPr>
        <w:spacing w:line="240" w:lineRule="auto"/>
        <w:rPr>
          <w:lang w:val="ru-RU"/>
        </w:rPr>
      </w:pPr>
      <w:r w:rsidRPr="00730F34">
        <w:rPr>
          <w:i/>
          <w:sz w:val="22"/>
          <w:lang w:val="ru-RU"/>
        </w:rPr>
        <w:t>Отметьте один вариант в каждой строке: 5 — отлично; 4 — хорошо; 3 — удовлетворительно; 2 — требует существенной доработки; 1 — неприемлемо.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510"/>
        <w:gridCol w:w="1425"/>
        <w:gridCol w:w="1425"/>
        <w:gridCol w:w="1425"/>
        <w:gridCol w:w="1425"/>
        <w:gridCol w:w="1425"/>
        <w:gridCol w:w="1478"/>
      </w:tblGrid>
      <w:tr w:rsidR="0009269B" w14:paraId="3E30162C" w14:textId="77777777">
        <w:trPr>
          <w:jc w:val="center"/>
        </w:trPr>
        <w:tc>
          <w:tcPr>
            <w:tcW w:w="1425" w:type="dxa"/>
            <w:shd w:val="clear" w:color="auto" w:fill="D9EAF7"/>
            <w:vAlign w:val="center"/>
          </w:tcPr>
          <w:p w14:paraId="3D2C758D" w14:textId="77777777" w:rsidR="0009269B" w:rsidRDefault="00000000">
            <w:pPr>
              <w:spacing w:line="240" w:lineRule="auto"/>
            </w:pPr>
            <w:proofErr w:type="spellStart"/>
            <w:r>
              <w:rPr>
                <w:b/>
                <w:sz w:val="20"/>
              </w:rPr>
              <w:t>Критерий</w:t>
            </w:r>
            <w:proofErr w:type="spellEnd"/>
          </w:p>
        </w:tc>
        <w:tc>
          <w:tcPr>
            <w:tcW w:w="1425" w:type="dxa"/>
            <w:shd w:val="clear" w:color="auto" w:fill="D9EAF7"/>
            <w:vAlign w:val="center"/>
          </w:tcPr>
          <w:p w14:paraId="6DA678B0" w14:textId="77777777" w:rsidR="0009269B" w:rsidRDefault="00000000">
            <w:pPr>
              <w:spacing w:line="240" w:lineRule="auto"/>
            </w:pPr>
            <w:r>
              <w:rPr>
                <w:b/>
                <w:sz w:val="20"/>
              </w:rPr>
              <w:t>5</w:t>
            </w:r>
          </w:p>
        </w:tc>
        <w:tc>
          <w:tcPr>
            <w:tcW w:w="1425" w:type="dxa"/>
            <w:shd w:val="clear" w:color="auto" w:fill="D9EAF7"/>
            <w:vAlign w:val="center"/>
          </w:tcPr>
          <w:p w14:paraId="2670E94E" w14:textId="77777777" w:rsidR="0009269B" w:rsidRDefault="00000000">
            <w:pPr>
              <w:spacing w:line="240" w:lineRule="auto"/>
            </w:pPr>
            <w:r>
              <w:rPr>
                <w:b/>
                <w:sz w:val="20"/>
              </w:rPr>
              <w:t>4</w:t>
            </w:r>
          </w:p>
        </w:tc>
        <w:tc>
          <w:tcPr>
            <w:tcW w:w="1425" w:type="dxa"/>
            <w:shd w:val="clear" w:color="auto" w:fill="D9EAF7"/>
            <w:vAlign w:val="center"/>
          </w:tcPr>
          <w:p w14:paraId="54B3286E" w14:textId="77777777" w:rsidR="0009269B" w:rsidRDefault="00000000">
            <w:pPr>
              <w:spacing w:line="240" w:lineRule="auto"/>
            </w:pPr>
            <w:r>
              <w:rPr>
                <w:b/>
                <w:sz w:val="20"/>
              </w:rPr>
              <w:t>3</w:t>
            </w:r>
          </w:p>
        </w:tc>
        <w:tc>
          <w:tcPr>
            <w:tcW w:w="1425" w:type="dxa"/>
            <w:shd w:val="clear" w:color="auto" w:fill="D9EAF7"/>
            <w:vAlign w:val="center"/>
          </w:tcPr>
          <w:p w14:paraId="7822EEA8" w14:textId="77777777" w:rsidR="0009269B" w:rsidRDefault="00000000">
            <w:pPr>
              <w:spacing w:line="240" w:lineRule="auto"/>
            </w:pPr>
            <w:r>
              <w:rPr>
                <w:b/>
                <w:sz w:val="20"/>
              </w:rPr>
              <w:t>2</w:t>
            </w:r>
          </w:p>
        </w:tc>
        <w:tc>
          <w:tcPr>
            <w:tcW w:w="1425" w:type="dxa"/>
            <w:shd w:val="clear" w:color="auto" w:fill="D9EAF7"/>
            <w:vAlign w:val="center"/>
          </w:tcPr>
          <w:p w14:paraId="6F2A960B" w14:textId="77777777" w:rsidR="0009269B" w:rsidRDefault="00000000">
            <w:pPr>
              <w:spacing w:line="240" w:lineRule="auto"/>
            </w:pPr>
            <w:r>
              <w:rPr>
                <w:b/>
                <w:sz w:val="20"/>
              </w:rPr>
              <w:t>1</w:t>
            </w:r>
          </w:p>
        </w:tc>
        <w:tc>
          <w:tcPr>
            <w:tcW w:w="1425" w:type="dxa"/>
            <w:shd w:val="clear" w:color="auto" w:fill="D9EAF7"/>
            <w:vAlign w:val="center"/>
          </w:tcPr>
          <w:p w14:paraId="4FCB1D4E" w14:textId="77777777" w:rsidR="0009269B" w:rsidRDefault="00000000">
            <w:pPr>
              <w:spacing w:line="240" w:lineRule="auto"/>
            </w:pPr>
            <w:r>
              <w:rPr>
                <w:b/>
                <w:sz w:val="20"/>
              </w:rPr>
              <w:t>Комментарий</w:t>
            </w:r>
          </w:p>
        </w:tc>
      </w:tr>
      <w:tr w:rsidR="0009269B" w14:paraId="632A876B" w14:textId="77777777">
        <w:trPr>
          <w:jc w:val="center"/>
        </w:trPr>
        <w:tc>
          <w:tcPr>
            <w:tcW w:w="1425" w:type="dxa"/>
            <w:vAlign w:val="center"/>
          </w:tcPr>
          <w:p w14:paraId="55CF71D8" w14:textId="77777777" w:rsidR="0009269B" w:rsidRPr="00730F34" w:rsidRDefault="00000000">
            <w:pPr>
              <w:spacing w:line="240" w:lineRule="auto"/>
              <w:rPr>
                <w:lang w:val="ru-RU"/>
              </w:rPr>
            </w:pPr>
            <w:r w:rsidRPr="00730F34">
              <w:rPr>
                <w:sz w:val="18"/>
                <w:lang w:val="ru-RU"/>
              </w:rPr>
              <w:t>Соответствие тематике и профилю журнала</w:t>
            </w:r>
          </w:p>
        </w:tc>
        <w:tc>
          <w:tcPr>
            <w:tcW w:w="1425" w:type="dxa"/>
            <w:vAlign w:val="center"/>
          </w:tcPr>
          <w:p w14:paraId="124F5FD6" w14:textId="77777777" w:rsidR="0009269B" w:rsidRDefault="00000000">
            <w:pPr>
              <w:spacing w:line="240" w:lineRule="auto"/>
              <w:jc w:val="center"/>
            </w:pPr>
            <w:r>
              <w:rPr>
                <w:sz w:val="22"/>
              </w:rPr>
              <w:t>☐</w:t>
            </w:r>
          </w:p>
        </w:tc>
        <w:tc>
          <w:tcPr>
            <w:tcW w:w="1425" w:type="dxa"/>
            <w:vAlign w:val="center"/>
          </w:tcPr>
          <w:p w14:paraId="0A1C4B98" w14:textId="77777777" w:rsidR="0009269B" w:rsidRDefault="00000000">
            <w:pPr>
              <w:spacing w:line="240" w:lineRule="auto"/>
              <w:jc w:val="center"/>
            </w:pPr>
            <w:r>
              <w:rPr>
                <w:sz w:val="22"/>
              </w:rPr>
              <w:t>☐</w:t>
            </w:r>
          </w:p>
        </w:tc>
        <w:tc>
          <w:tcPr>
            <w:tcW w:w="1425" w:type="dxa"/>
            <w:vAlign w:val="center"/>
          </w:tcPr>
          <w:p w14:paraId="7A8CB831" w14:textId="77777777" w:rsidR="0009269B" w:rsidRDefault="00000000">
            <w:pPr>
              <w:spacing w:line="240" w:lineRule="auto"/>
              <w:jc w:val="center"/>
            </w:pPr>
            <w:r>
              <w:rPr>
                <w:sz w:val="22"/>
              </w:rPr>
              <w:t>☐</w:t>
            </w:r>
          </w:p>
        </w:tc>
        <w:tc>
          <w:tcPr>
            <w:tcW w:w="1425" w:type="dxa"/>
            <w:vAlign w:val="center"/>
          </w:tcPr>
          <w:p w14:paraId="038335ED" w14:textId="77777777" w:rsidR="0009269B" w:rsidRDefault="00000000">
            <w:pPr>
              <w:spacing w:line="240" w:lineRule="auto"/>
              <w:jc w:val="center"/>
            </w:pPr>
            <w:r>
              <w:rPr>
                <w:sz w:val="22"/>
              </w:rPr>
              <w:t>☐</w:t>
            </w:r>
          </w:p>
        </w:tc>
        <w:tc>
          <w:tcPr>
            <w:tcW w:w="1425" w:type="dxa"/>
            <w:vAlign w:val="center"/>
          </w:tcPr>
          <w:p w14:paraId="5BB87DF8" w14:textId="77777777" w:rsidR="0009269B" w:rsidRDefault="00000000">
            <w:pPr>
              <w:spacing w:line="240" w:lineRule="auto"/>
              <w:jc w:val="center"/>
            </w:pPr>
            <w:r>
              <w:rPr>
                <w:sz w:val="22"/>
              </w:rPr>
              <w:t>☐</w:t>
            </w:r>
          </w:p>
        </w:tc>
        <w:tc>
          <w:tcPr>
            <w:tcW w:w="1425" w:type="dxa"/>
            <w:vAlign w:val="center"/>
          </w:tcPr>
          <w:p w14:paraId="4FC567C3" w14:textId="77777777" w:rsidR="0009269B" w:rsidRDefault="00000000">
            <w:pPr>
              <w:spacing w:line="240" w:lineRule="auto"/>
            </w:pPr>
            <w:r>
              <w:rPr>
                <w:sz w:val="18"/>
              </w:rPr>
              <w:t>[при необходимости]</w:t>
            </w:r>
          </w:p>
        </w:tc>
      </w:tr>
      <w:tr w:rsidR="0009269B" w14:paraId="10DF937B" w14:textId="77777777">
        <w:trPr>
          <w:jc w:val="center"/>
        </w:trPr>
        <w:tc>
          <w:tcPr>
            <w:tcW w:w="1425" w:type="dxa"/>
            <w:vAlign w:val="center"/>
          </w:tcPr>
          <w:p w14:paraId="7199FD11" w14:textId="77777777" w:rsidR="0009269B" w:rsidRPr="00730F34" w:rsidRDefault="00000000">
            <w:pPr>
              <w:spacing w:line="240" w:lineRule="auto"/>
              <w:rPr>
                <w:lang w:val="ru-RU"/>
              </w:rPr>
            </w:pPr>
            <w:r w:rsidRPr="00730F34">
              <w:rPr>
                <w:sz w:val="18"/>
                <w:lang w:val="ru-RU"/>
              </w:rPr>
              <w:t xml:space="preserve">Актуальность и научная </w:t>
            </w:r>
            <w:r w:rsidRPr="00730F34">
              <w:rPr>
                <w:sz w:val="18"/>
                <w:lang w:val="ru-RU"/>
              </w:rPr>
              <w:lastRenderedPageBreak/>
              <w:t>значимость темы</w:t>
            </w:r>
          </w:p>
        </w:tc>
        <w:tc>
          <w:tcPr>
            <w:tcW w:w="1425" w:type="dxa"/>
            <w:vAlign w:val="center"/>
          </w:tcPr>
          <w:p w14:paraId="3B8E7647" w14:textId="77777777" w:rsidR="0009269B" w:rsidRDefault="00000000">
            <w:pPr>
              <w:spacing w:line="240" w:lineRule="auto"/>
              <w:jc w:val="center"/>
            </w:pPr>
            <w:r>
              <w:rPr>
                <w:sz w:val="22"/>
              </w:rPr>
              <w:lastRenderedPageBreak/>
              <w:t>☐</w:t>
            </w:r>
          </w:p>
        </w:tc>
        <w:tc>
          <w:tcPr>
            <w:tcW w:w="1425" w:type="dxa"/>
            <w:vAlign w:val="center"/>
          </w:tcPr>
          <w:p w14:paraId="635C5A6E" w14:textId="77777777" w:rsidR="0009269B" w:rsidRDefault="00000000">
            <w:pPr>
              <w:spacing w:line="240" w:lineRule="auto"/>
              <w:jc w:val="center"/>
            </w:pPr>
            <w:r>
              <w:rPr>
                <w:sz w:val="22"/>
              </w:rPr>
              <w:t>☐</w:t>
            </w:r>
          </w:p>
        </w:tc>
        <w:tc>
          <w:tcPr>
            <w:tcW w:w="1425" w:type="dxa"/>
            <w:vAlign w:val="center"/>
          </w:tcPr>
          <w:p w14:paraId="69062997" w14:textId="77777777" w:rsidR="0009269B" w:rsidRDefault="00000000">
            <w:pPr>
              <w:spacing w:line="240" w:lineRule="auto"/>
              <w:jc w:val="center"/>
            </w:pPr>
            <w:r>
              <w:rPr>
                <w:sz w:val="22"/>
              </w:rPr>
              <w:t>☐</w:t>
            </w:r>
          </w:p>
        </w:tc>
        <w:tc>
          <w:tcPr>
            <w:tcW w:w="1425" w:type="dxa"/>
            <w:vAlign w:val="center"/>
          </w:tcPr>
          <w:p w14:paraId="2C767AD2" w14:textId="77777777" w:rsidR="0009269B" w:rsidRDefault="00000000">
            <w:pPr>
              <w:spacing w:line="240" w:lineRule="auto"/>
              <w:jc w:val="center"/>
            </w:pPr>
            <w:r>
              <w:rPr>
                <w:sz w:val="22"/>
              </w:rPr>
              <w:t>☐</w:t>
            </w:r>
          </w:p>
        </w:tc>
        <w:tc>
          <w:tcPr>
            <w:tcW w:w="1425" w:type="dxa"/>
            <w:vAlign w:val="center"/>
          </w:tcPr>
          <w:p w14:paraId="58529285" w14:textId="77777777" w:rsidR="0009269B" w:rsidRDefault="00000000">
            <w:pPr>
              <w:spacing w:line="240" w:lineRule="auto"/>
              <w:jc w:val="center"/>
            </w:pPr>
            <w:r>
              <w:rPr>
                <w:sz w:val="22"/>
              </w:rPr>
              <w:t>☐</w:t>
            </w:r>
          </w:p>
        </w:tc>
        <w:tc>
          <w:tcPr>
            <w:tcW w:w="1425" w:type="dxa"/>
            <w:vAlign w:val="center"/>
          </w:tcPr>
          <w:p w14:paraId="72CBD60D" w14:textId="77777777" w:rsidR="0009269B" w:rsidRDefault="00000000">
            <w:pPr>
              <w:spacing w:line="240" w:lineRule="auto"/>
            </w:pPr>
            <w:r>
              <w:rPr>
                <w:sz w:val="18"/>
              </w:rPr>
              <w:t>[при необходимости]</w:t>
            </w:r>
          </w:p>
        </w:tc>
      </w:tr>
      <w:tr w:rsidR="0009269B" w14:paraId="3DB51AAA" w14:textId="77777777">
        <w:trPr>
          <w:jc w:val="center"/>
        </w:trPr>
        <w:tc>
          <w:tcPr>
            <w:tcW w:w="1425" w:type="dxa"/>
            <w:vAlign w:val="center"/>
          </w:tcPr>
          <w:p w14:paraId="6C2998BE" w14:textId="77777777" w:rsidR="0009269B" w:rsidRPr="00730F34" w:rsidRDefault="00000000">
            <w:pPr>
              <w:spacing w:line="240" w:lineRule="auto"/>
              <w:rPr>
                <w:lang w:val="ru-RU"/>
              </w:rPr>
            </w:pPr>
            <w:r w:rsidRPr="00730F34">
              <w:rPr>
                <w:sz w:val="18"/>
                <w:lang w:val="ru-RU"/>
              </w:rPr>
              <w:t>Научная новизна и оригинальность результатов</w:t>
            </w:r>
          </w:p>
        </w:tc>
        <w:tc>
          <w:tcPr>
            <w:tcW w:w="1425" w:type="dxa"/>
            <w:vAlign w:val="center"/>
          </w:tcPr>
          <w:p w14:paraId="12D5A0AB" w14:textId="77777777" w:rsidR="0009269B" w:rsidRDefault="00000000">
            <w:pPr>
              <w:spacing w:line="240" w:lineRule="auto"/>
              <w:jc w:val="center"/>
            </w:pPr>
            <w:r>
              <w:rPr>
                <w:sz w:val="22"/>
              </w:rPr>
              <w:t>☐</w:t>
            </w:r>
          </w:p>
        </w:tc>
        <w:tc>
          <w:tcPr>
            <w:tcW w:w="1425" w:type="dxa"/>
            <w:vAlign w:val="center"/>
          </w:tcPr>
          <w:p w14:paraId="28818C7A" w14:textId="77777777" w:rsidR="0009269B" w:rsidRDefault="00000000">
            <w:pPr>
              <w:spacing w:line="240" w:lineRule="auto"/>
              <w:jc w:val="center"/>
            </w:pPr>
            <w:r>
              <w:rPr>
                <w:sz w:val="22"/>
              </w:rPr>
              <w:t>☐</w:t>
            </w:r>
          </w:p>
        </w:tc>
        <w:tc>
          <w:tcPr>
            <w:tcW w:w="1425" w:type="dxa"/>
            <w:vAlign w:val="center"/>
          </w:tcPr>
          <w:p w14:paraId="0CF6DB52" w14:textId="77777777" w:rsidR="0009269B" w:rsidRDefault="00000000">
            <w:pPr>
              <w:spacing w:line="240" w:lineRule="auto"/>
              <w:jc w:val="center"/>
            </w:pPr>
            <w:r>
              <w:rPr>
                <w:sz w:val="22"/>
              </w:rPr>
              <w:t>☐</w:t>
            </w:r>
          </w:p>
        </w:tc>
        <w:tc>
          <w:tcPr>
            <w:tcW w:w="1425" w:type="dxa"/>
            <w:vAlign w:val="center"/>
          </w:tcPr>
          <w:p w14:paraId="754898B3" w14:textId="77777777" w:rsidR="0009269B" w:rsidRDefault="00000000">
            <w:pPr>
              <w:spacing w:line="240" w:lineRule="auto"/>
              <w:jc w:val="center"/>
            </w:pPr>
            <w:r>
              <w:rPr>
                <w:sz w:val="22"/>
              </w:rPr>
              <w:t>☐</w:t>
            </w:r>
          </w:p>
        </w:tc>
        <w:tc>
          <w:tcPr>
            <w:tcW w:w="1425" w:type="dxa"/>
            <w:vAlign w:val="center"/>
          </w:tcPr>
          <w:p w14:paraId="7D1708E7" w14:textId="77777777" w:rsidR="0009269B" w:rsidRDefault="00000000">
            <w:pPr>
              <w:spacing w:line="240" w:lineRule="auto"/>
              <w:jc w:val="center"/>
            </w:pPr>
            <w:r>
              <w:rPr>
                <w:sz w:val="22"/>
              </w:rPr>
              <w:t>☐</w:t>
            </w:r>
          </w:p>
        </w:tc>
        <w:tc>
          <w:tcPr>
            <w:tcW w:w="1425" w:type="dxa"/>
            <w:vAlign w:val="center"/>
          </w:tcPr>
          <w:p w14:paraId="77BD8C1D" w14:textId="77777777" w:rsidR="0009269B" w:rsidRDefault="00000000">
            <w:pPr>
              <w:spacing w:line="240" w:lineRule="auto"/>
            </w:pPr>
            <w:r>
              <w:rPr>
                <w:sz w:val="18"/>
              </w:rPr>
              <w:t>[при необходимости]</w:t>
            </w:r>
          </w:p>
        </w:tc>
      </w:tr>
      <w:tr w:rsidR="0009269B" w14:paraId="06FCC993" w14:textId="77777777">
        <w:trPr>
          <w:jc w:val="center"/>
        </w:trPr>
        <w:tc>
          <w:tcPr>
            <w:tcW w:w="1425" w:type="dxa"/>
            <w:vAlign w:val="center"/>
          </w:tcPr>
          <w:p w14:paraId="67CCB569" w14:textId="77777777" w:rsidR="0009269B" w:rsidRPr="00730F34" w:rsidRDefault="00000000">
            <w:pPr>
              <w:spacing w:line="240" w:lineRule="auto"/>
              <w:rPr>
                <w:lang w:val="ru-RU"/>
              </w:rPr>
            </w:pPr>
            <w:r w:rsidRPr="00730F34">
              <w:rPr>
                <w:sz w:val="18"/>
                <w:lang w:val="ru-RU"/>
              </w:rPr>
              <w:t>Чёткость цели, задач и структуры статьи</w:t>
            </w:r>
          </w:p>
        </w:tc>
        <w:tc>
          <w:tcPr>
            <w:tcW w:w="1425" w:type="dxa"/>
            <w:vAlign w:val="center"/>
          </w:tcPr>
          <w:p w14:paraId="33586C30" w14:textId="77777777" w:rsidR="0009269B" w:rsidRDefault="00000000">
            <w:pPr>
              <w:spacing w:line="240" w:lineRule="auto"/>
              <w:jc w:val="center"/>
            </w:pPr>
            <w:r>
              <w:rPr>
                <w:sz w:val="22"/>
              </w:rPr>
              <w:t>☐</w:t>
            </w:r>
          </w:p>
        </w:tc>
        <w:tc>
          <w:tcPr>
            <w:tcW w:w="1425" w:type="dxa"/>
            <w:vAlign w:val="center"/>
          </w:tcPr>
          <w:p w14:paraId="623B4E9E" w14:textId="77777777" w:rsidR="0009269B" w:rsidRDefault="00000000">
            <w:pPr>
              <w:spacing w:line="240" w:lineRule="auto"/>
              <w:jc w:val="center"/>
            </w:pPr>
            <w:r>
              <w:rPr>
                <w:sz w:val="22"/>
              </w:rPr>
              <w:t>☐</w:t>
            </w:r>
          </w:p>
        </w:tc>
        <w:tc>
          <w:tcPr>
            <w:tcW w:w="1425" w:type="dxa"/>
            <w:vAlign w:val="center"/>
          </w:tcPr>
          <w:p w14:paraId="1843F3CB" w14:textId="77777777" w:rsidR="0009269B" w:rsidRDefault="00000000">
            <w:pPr>
              <w:spacing w:line="240" w:lineRule="auto"/>
              <w:jc w:val="center"/>
            </w:pPr>
            <w:r>
              <w:rPr>
                <w:sz w:val="22"/>
              </w:rPr>
              <w:t>☐</w:t>
            </w:r>
          </w:p>
        </w:tc>
        <w:tc>
          <w:tcPr>
            <w:tcW w:w="1425" w:type="dxa"/>
            <w:vAlign w:val="center"/>
          </w:tcPr>
          <w:p w14:paraId="01EC77E9" w14:textId="77777777" w:rsidR="0009269B" w:rsidRDefault="00000000">
            <w:pPr>
              <w:spacing w:line="240" w:lineRule="auto"/>
              <w:jc w:val="center"/>
            </w:pPr>
            <w:r>
              <w:rPr>
                <w:sz w:val="22"/>
              </w:rPr>
              <w:t>☐</w:t>
            </w:r>
          </w:p>
        </w:tc>
        <w:tc>
          <w:tcPr>
            <w:tcW w:w="1425" w:type="dxa"/>
            <w:vAlign w:val="center"/>
          </w:tcPr>
          <w:p w14:paraId="67C0CBDB" w14:textId="77777777" w:rsidR="0009269B" w:rsidRDefault="00000000">
            <w:pPr>
              <w:spacing w:line="240" w:lineRule="auto"/>
              <w:jc w:val="center"/>
            </w:pPr>
            <w:r>
              <w:rPr>
                <w:sz w:val="22"/>
              </w:rPr>
              <w:t>☐</w:t>
            </w:r>
          </w:p>
        </w:tc>
        <w:tc>
          <w:tcPr>
            <w:tcW w:w="1425" w:type="dxa"/>
            <w:vAlign w:val="center"/>
          </w:tcPr>
          <w:p w14:paraId="6A5982D3" w14:textId="77777777" w:rsidR="0009269B" w:rsidRDefault="00000000">
            <w:pPr>
              <w:spacing w:line="240" w:lineRule="auto"/>
            </w:pPr>
            <w:r>
              <w:rPr>
                <w:sz w:val="18"/>
              </w:rPr>
              <w:t>[при необходимости]</w:t>
            </w:r>
          </w:p>
        </w:tc>
      </w:tr>
      <w:tr w:rsidR="0009269B" w14:paraId="2923CF66" w14:textId="77777777">
        <w:trPr>
          <w:jc w:val="center"/>
        </w:trPr>
        <w:tc>
          <w:tcPr>
            <w:tcW w:w="1425" w:type="dxa"/>
            <w:vAlign w:val="center"/>
          </w:tcPr>
          <w:p w14:paraId="2ACDB59D" w14:textId="77777777" w:rsidR="0009269B" w:rsidRDefault="00000000">
            <w:pPr>
              <w:spacing w:line="240" w:lineRule="auto"/>
            </w:pPr>
            <w:r>
              <w:rPr>
                <w:sz w:val="18"/>
              </w:rPr>
              <w:t>Корректность и достаточность методологии</w:t>
            </w:r>
          </w:p>
        </w:tc>
        <w:tc>
          <w:tcPr>
            <w:tcW w:w="1425" w:type="dxa"/>
            <w:vAlign w:val="center"/>
          </w:tcPr>
          <w:p w14:paraId="30BD1E21" w14:textId="77777777" w:rsidR="0009269B" w:rsidRDefault="00000000">
            <w:pPr>
              <w:spacing w:line="240" w:lineRule="auto"/>
              <w:jc w:val="center"/>
            </w:pPr>
            <w:r>
              <w:rPr>
                <w:sz w:val="22"/>
              </w:rPr>
              <w:t>☐</w:t>
            </w:r>
          </w:p>
        </w:tc>
        <w:tc>
          <w:tcPr>
            <w:tcW w:w="1425" w:type="dxa"/>
            <w:vAlign w:val="center"/>
          </w:tcPr>
          <w:p w14:paraId="6239A683" w14:textId="77777777" w:rsidR="0009269B" w:rsidRDefault="00000000">
            <w:pPr>
              <w:spacing w:line="240" w:lineRule="auto"/>
              <w:jc w:val="center"/>
            </w:pPr>
            <w:r>
              <w:rPr>
                <w:sz w:val="22"/>
              </w:rPr>
              <w:t>☐</w:t>
            </w:r>
          </w:p>
        </w:tc>
        <w:tc>
          <w:tcPr>
            <w:tcW w:w="1425" w:type="dxa"/>
            <w:vAlign w:val="center"/>
          </w:tcPr>
          <w:p w14:paraId="58B5D737" w14:textId="77777777" w:rsidR="0009269B" w:rsidRDefault="00000000">
            <w:pPr>
              <w:spacing w:line="240" w:lineRule="auto"/>
              <w:jc w:val="center"/>
            </w:pPr>
            <w:r>
              <w:rPr>
                <w:sz w:val="22"/>
              </w:rPr>
              <w:t>☐</w:t>
            </w:r>
          </w:p>
        </w:tc>
        <w:tc>
          <w:tcPr>
            <w:tcW w:w="1425" w:type="dxa"/>
            <w:vAlign w:val="center"/>
          </w:tcPr>
          <w:p w14:paraId="530E3AD6" w14:textId="77777777" w:rsidR="0009269B" w:rsidRDefault="00000000">
            <w:pPr>
              <w:spacing w:line="240" w:lineRule="auto"/>
              <w:jc w:val="center"/>
            </w:pPr>
            <w:r>
              <w:rPr>
                <w:sz w:val="22"/>
              </w:rPr>
              <w:t>☐</w:t>
            </w:r>
          </w:p>
        </w:tc>
        <w:tc>
          <w:tcPr>
            <w:tcW w:w="1425" w:type="dxa"/>
            <w:vAlign w:val="center"/>
          </w:tcPr>
          <w:p w14:paraId="63F4061F" w14:textId="77777777" w:rsidR="0009269B" w:rsidRDefault="00000000">
            <w:pPr>
              <w:spacing w:line="240" w:lineRule="auto"/>
              <w:jc w:val="center"/>
            </w:pPr>
            <w:r>
              <w:rPr>
                <w:sz w:val="22"/>
              </w:rPr>
              <w:t>☐</w:t>
            </w:r>
          </w:p>
        </w:tc>
        <w:tc>
          <w:tcPr>
            <w:tcW w:w="1425" w:type="dxa"/>
            <w:vAlign w:val="center"/>
          </w:tcPr>
          <w:p w14:paraId="239BC00F" w14:textId="77777777" w:rsidR="0009269B" w:rsidRDefault="00000000">
            <w:pPr>
              <w:spacing w:line="240" w:lineRule="auto"/>
            </w:pPr>
            <w:r>
              <w:rPr>
                <w:sz w:val="18"/>
              </w:rPr>
              <w:t>[при необходимости]</w:t>
            </w:r>
          </w:p>
        </w:tc>
      </w:tr>
      <w:tr w:rsidR="0009269B" w14:paraId="2A7AA4D9" w14:textId="77777777">
        <w:trPr>
          <w:jc w:val="center"/>
        </w:trPr>
        <w:tc>
          <w:tcPr>
            <w:tcW w:w="1425" w:type="dxa"/>
            <w:vAlign w:val="center"/>
          </w:tcPr>
          <w:p w14:paraId="5DD84EA0" w14:textId="77777777" w:rsidR="0009269B" w:rsidRPr="00730F34" w:rsidRDefault="00000000">
            <w:pPr>
              <w:spacing w:line="240" w:lineRule="auto"/>
              <w:rPr>
                <w:lang w:val="ru-RU"/>
              </w:rPr>
            </w:pPr>
            <w:r w:rsidRPr="00730F34">
              <w:rPr>
                <w:sz w:val="18"/>
                <w:lang w:val="ru-RU"/>
              </w:rPr>
              <w:t>Достоверность данных, расчётов и результатов</w:t>
            </w:r>
          </w:p>
        </w:tc>
        <w:tc>
          <w:tcPr>
            <w:tcW w:w="1425" w:type="dxa"/>
            <w:vAlign w:val="center"/>
          </w:tcPr>
          <w:p w14:paraId="4E4D3068" w14:textId="77777777" w:rsidR="0009269B" w:rsidRDefault="00000000">
            <w:pPr>
              <w:spacing w:line="240" w:lineRule="auto"/>
              <w:jc w:val="center"/>
            </w:pPr>
            <w:r>
              <w:rPr>
                <w:sz w:val="22"/>
              </w:rPr>
              <w:t>☐</w:t>
            </w:r>
          </w:p>
        </w:tc>
        <w:tc>
          <w:tcPr>
            <w:tcW w:w="1425" w:type="dxa"/>
            <w:vAlign w:val="center"/>
          </w:tcPr>
          <w:p w14:paraId="0246EF49" w14:textId="77777777" w:rsidR="0009269B" w:rsidRDefault="00000000">
            <w:pPr>
              <w:spacing w:line="240" w:lineRule="auto"/>
              <w:jc w:val="center"/>
            </w:pPr>
            <w:r>
              <w:rPr>
                <w:sz w:val="22"/>
              </w:rPr>
              <w:t>☐</w:t>
            </w:r>
          </w:p>
        </w:tc>
        <w:tc>
          <w:tcPr>
            <w:tcW w:w="1425" w:type="dxa"/>
            <w:vAlign w:val="center"/>
          </w:tcPr>
          <w:p w14:paraId="76566D67" w14:textId="77777777" w:rsidR="0009269B" w:rsidRDefault="00000000">
            <w:pPr>
              <w:spacing w:line="240" w:lineRule="auto"/>
              <w:jc w:val="center"/>
            </w:pPr>
            <w:r>
              <w:rPr>
                <w:sz w:val="22"/>
              </w:rPr>
              <w:t>☐</w:t>
            </w:r>
          </w:p>
        </w:tc>
        <w:tc>
          <w:tcPr>
            <w:tcW w:w="1425" w:type="dxa"/>
            <w:vAlign w:val="center"/>
          </w:tcPr>
          <w:p w14:paraId="6CAFF6DD" w14:textId="77777777" w:rsidR="0009269B" w:rsidRDefault="00000000">
            <w:pPr>
              <w:spacing w:line="240" w:lineRule="auto"/>
              <w:jc w:val="center"/>
            </w:pPr>
            <w:r>
              <w:rPr>
                <w:sz w:val="22"/>
              </w:rPr>
              <w:t>☐</w:t>
            </w:r>
          </w:p>
        </w:tc>
        <w:tc>
          <w:tcPr>
            <w:tcW w:w="1425" w:type="dxa"/>
            <w:vAlign w:val="center"/>
          </w:tcPr>
          <w:p w14:paraId="359E632A" w14:textId="77777777" w:rsidR="0009269B" w:rsidRDefault="00000000">
            <w:pPr>
              <w:spacing w:line="240" w:lineRule="auto"/>
              <w:jc w:val="center"/>
            </w:pPr>
            <w:r>
              <w:rPr>
                <w:sz w:val="22"/>
              </w:rPr>
              <w:t>☐</w:t>
            </w:r>
          </w:p>
        </w:tc>
        <w:tc>
          <w:tcPr>
            <w:tcW w:w="1425" w:type="dxa"/>
            <w:vAlign w:val="center"/>
          </w:tcPr>
          <w:p w14:paraId="184F04DF" w14:textId="77777777" w:rsidR="0009269B" w:rsidRDefault="00000000">
            <w:pPr>
              <w:spacing w:line="240" w:lineRule="auto"/>
            </w:pPr>
            <w:r>
              <w:rPr>
                <w:sz w:val="18"/>
              </w:rPr>
              <w:t>[при необходимости]</w:t>
            </w:r>
          </w:p>
        </w:tc>
      </w:tr>
      <w:tr w:rsidR="0009269B" w14:paraId="78B820DF" w14:textId="77777777">
        <w:trPr>
          <w:jc w:val="center"/>
        </w:trPr>
        <w:tc>
          <w:tcPr>
            <w:tcW w:w="1425" w:type="dxa"/>
            <w:vAlign w:val="center"/>
          </w:tcPr>
          <w:p w14:paraId="3E12D766" w14:textId="77777777" w:rsidR="0009269B" w:rsidRDefault="00000000">
            <w:pPr>
              <w:spacing w:line="240" w:lineRule="auto"/>
            </w:pPr>
            <w:r>
              <w:rPr>
                <w:sz w:val="18"/>
              </w:rPr>
              <w:t>Обоснованность интерпретации и выводов</w:t>
            </w:r>
          </w:p>
        </w:tc>
        <w:tc>
          <w:tcPr>
            <w:tcW w:w="1425" w:type="dxa"/>
            <w:vAlign w:val="center"/>
          </w:tcPr>
          <w:p w14:paraId="73DE313A" w14:textId="77777777" w:rsidR="0009269B" w:rsidRDefault="00000000">
            <w:pPr>
              <w:spacing w:line="240" w:lineRule="auto"/>
              <w:jc w:val="center"/>
            </w:pPr>
            <w:r>
              <w:rPr>
                <w:sz w:val="22"/>
              </w:rPr>
              <w:t>☐</w:t>
            </w:r>
          </w:p>
        </w:tc>
        <w:tc>
          <w:tcPr>
            <w:tcW w:w="1425" w:type="dxa"/>
            <w:vAlign w:val="center"/>
          </w:tcPr>
          <w:p w14:paraId="2E1381B9" w14:textId="77777777" w:rsidR="0009269B" w:rsidRDefault="00000000">
            <w:pPr>
              <w:spacing w:line="240" w:lineRule="auto"/>
              <w:jc w:val="center"/>
            </w:pPr>
            <w:r>
              <w:rPr>
                <w:sz w:val="22"/>
              </w:rPr>
              <w:t>☐</w:t>
            </w:r>
          </w:p>
        </w:tc>
        <w:tc>
          <w:tcPr>
            <w:tcW w:w="1425" w:type="dxa"/>
            <w:vAlign w:val="center"/>
          </w:tcPr>
          <w:p w14:paraId="3D644F3A" w14:textId="77777777" w:rsidR="0009269B" w:rsidRDefault="00000000">
            <w:pPr>
              <w:spacing w:line="240" w:lineRule="auto"/>
              <w:jc w:val="center"/>
            </w:pPr>
            <w:r>
              <w:rPr>
                <w:sz w:val="22"/>
              </w:rPr>
              <w:t>☐</w:t>
            </w:r>
          </w:p>
        </w:tc>
        <w:tc>
          <w:tcPr>
            <w:tcW w:w="1425" w:type="dxa"/>
            <w:vAlign w:val="center"/>
          </w:tcPr>
          <w:p w14:paraId="4C4046AD" w14:textId="77777777" w:rsidR="0009269B" w:rsidRDefault="00000000">
            <w:pPr>
              <w:spacing w:line="240" w:lineRule="auto"/>
              <w:jc w:val="center"/>
            </w:pPr>
            <w:r>
              <w:rPr>
                <w:sz w:val="22"/>
              </w:rPr>
              <w:t>☐</w:t>
            </w:r>
          </w:p>
        </w:tc>
        <w:tc>
          <w:tcPr>
            <w:tcW w:w="1425" w:type="dxa"/>
            <w:vAlign w:val="center"/>
          </w:tcPr>
          <w:p w14:paraId="58E4362F" w14:textId="77777777" w:rsidR="0009269B" w:rsidRDefault="00000000">
            <w:pPr>
              <w:spacing w:line="240" w:lineRule="auto"/>
              <w:jc w:val="center"/>
            </w:pPr>
            <w:r>
              <w:rPr>
                <w:sz w:val="22"/>
              </w:rPr>
              <w:t>☐</w:t>
            </w:r>
          </w:p>
        </w:tc>
        <w:tc>
          <w:tcPr>
            <w:tcW w:w="1425" w:type="dxa"/>
            <w:vAlign w:val="center"/>
          </w:tcPr>
          <w:p w14:paraId="45FF9306" w14:textId="77777777" w:rsidR="0009269B" w:rsidRDefault="00000000">
            <w:pPr>
              <w:spacing w:line="240" w:lineRule="auto"/>
            </w:pPr>
            <w:r>
              <w:rPr>
                <w:sz w:val="18"/>
              </w:rPr>
              <w:t>[при необходимости]</w:t>
            </w:r>
          </w:p>
        </w:tc>
      </w:tr>
      <w:tr w:rsidR="0009269B" w14:paraId="2977122F" w14:textId="77777777">
        <w:trPr>
          <w:jc w:val="center"/>
        </w:trPr>
        <w:tc>
          <w:tcPr>
            <w:tcW w:w="1425" w:type="dxa"/>
            <w:vAlign w:val="center"/>
          </w:tcPr>
          <w:p w14:paraId="4AD20718" w14:textId="77777777" w:rsidR="0009269B" w:rsidRPr="00730F34" w:rsidRDefault="00000000">
            <w:pPr>
              <w:spacing w:line="240" w:lineRule="auto"/>
              <w:rPr>
                <w:lang w:val="ru-RU"/>
              </w:rPr>
            </w:pPr>
            <w:r w:rsidRPr="00730F34">
              <w:rPr>
                <w:sz w:val="18"/>
                <w:lang w:val="ru-RU"/>
              </w:rPr>
              <w:t>Теоретическая и/или практическая значимость</w:t>
            </w:r>
          </w:p>
        </w:tc>
        <w:tc>
          <w:tcPr>
            <w:tcW w:w="1425" w:type="dxa"/>
            <w:vAlign w:val="center"/>
          </w:tcPr>
          <w:p w14:paraId="7666F5C3" w14:textId="77777777" w:rsidR="0009269B" w:rsidRDefault="00000000">
            <w:pPr>
              <w:spacing w:line="240" w:lineRule="auto"/>
              <w:jc w:val="center"/>
            </w:pPr>
            <w:r>
              <w:rPr>
                <w:sz w:val="22"/>
              </w:rPr>
              <w:t>☐</w:t>
            </w:r>
          </w:p>
        </w:tc>
        <w:tc>
          <w:tcPr>
            <w:tcW w:w="1425" w:type="dxa"/>
            <w:vAlign w:val="center"/>
          </w:tcPr>
          <w:p w14:paraId="66EF3612" w14:textId="77777777" w:rsidR="0009269B" w:rsidRDefault="00000000">
            <w:pPr>
              <w:spacing w:line="240" w:lineRule="auto"/>
              <w:jc w:val="center"/>
            </w:pPr>
            <w:r>
              <w:rPr>
                <w:sz w:val="22"/>
              </w:rPr>
              <w:t>☐</w:t>
            </w:r>
          </w:p>
        </w:tc>
        <w:tc>
          <w:tcPr>
            <w:tcW w:w="1425" w:type="dxa"/>
            <w:vAlign w:val="center"/>
          </w:tcPr>
          <w:p w14:paraId="01FA30AD" w14:textId="77777777" w:rsidR="0009269B" w:rsidRDefault="00000000">
            <w:pPr>
              <w:spacing w:line="240" w:lineRule="auto"/>
              <w:jc w:val="center"/>
            </w:pPr>
            <w:r>
              <w:rPr>
                <w:sz w:val="22"/>
              </w:rPr>
              <w:t>☐</w:t>
            </w:r>
          </w:p>
        </w:tc>
        <w:tc>
          <w:tcPr>
            <w:tcW w:w="1425" w:type="dxa"/>
            <w:vAlign w:val="center"/>
          </w:tcPr>
          <w:p w14:paraId="762A120B" w14:textId="77777777" w:rsidR="0009269B" w:rsidRDefault="00000000">
            <w:pPr>
              <w:spacing w:line="240" w:lineRule="auto"/>
              <w:jc w:val="center"/>
            </w:pPr>
            <w:r>
              <w:rPr>
                <w:sz w:val="22"/>
              </w:rPr>
              <w:t>☐</w:t>
            </w:r>
          </w:p>
        </w:tc>
        <w:tc>
          <w:tcPr>
            <w:tcW w:w="1425" w:type="dxa"/>
            <w:vAlign w:val="center"/>
          </w:tcPr>
          <w:p w14:paraId="47032EDA" w14:textId="77777777" w:rsidR="0009269B" w:rsidRDefault="00000000">
            <w:pPr>
              <w:spacing w:line="240" w:lineRule="auto"/>
              <w:jc w:val="center"/>
            </w:pPr>
            <w:r>
              <w:rPr>
                <w:sz w:val="22"/>
              </w:rPr>
              <w:t>☐</w:t>
            </w:r>
          </w:p>
        </w:tc>
        <w:tc>
          <w:tcPr>
            <w:tcW w:w="1425" w:type="dxa"/>
            <w:vAlign w:val="center"/>
          </w:tcPr>
          <w:p w14:paraId="60293F87" w14:textId="77777777" w:rsidR="0009269B" w:rsidRDefault="00000000">
            <w:pPr>
              <w:spacing w:line="240" w:lineRule="auto"/>
            </w:pPr>
            <w:r>
              <w:rPr>
                <w:sz w:val="18"/>
              </w:rPr>
              <w:t>[при необходимости]</w:t>
            </w:r>
          </w:p>
        </w:tc>
      </w:tr>
      <w:tr w:rsidR="0009269B" w14:paraId="55F46C98" w14:textId="77777777">
        <w:trPr>
          <w:jc w:val="center"/>
        </w:trPr>
        <w:tc>
          <w:tcPr>
            <w:tcW w:w="1425" w:type="dxa"/>
            <w:vAlign w:val="center"/>
          </w:tcPr>
          <w:p w14:paraId="58015D61" w14:textId="77777777" w:rsidR="0009269B" w:rsidRPr="00730F34" w:rsidRDefault="00000000">
            <w:pPr>
              <w:spacing w:line="240" w:lineRule="auto"/>
              <w:rPr>
                <w:lang w:val="ru-RU"/>
              </w:rPr>
            </w:pPr>
            <w:r w:rsidRPr="00730F34">
              <w:rPr>
                <w:sz w:val="18"/>
                <w:lang w:val="ru-RU"/>
              </w:rPr>
              <w:t>Качество таблиц, рисунков, формул и подписей</w:t>
            </w:r>
          </w:p>
        </w:tc>
        <w:tc>
          <w:tcPr>
            <w:tcW w:w="1425" w:type="dxa"/>
            <w:vAlign w:val="center"/>
          </w:tcPr>
          <w:p w14:paraId="476836F1" w14:textId="77777777" w:rsidR="0009269B" w:rsidRDefault="00000000">
            <w:pPr>
              <w:spacing w:line="240" w:lineRule="auto"/>
              <w:jc w:val="center"/>
            </w:pPr>
            <w:r>
              <w:rPr>
                <w:sz w:val="22"/>
              </w:rPr>
              <w:t>☐</w:t>
            </w:r>
          </w:p>
        </w:tc>
        <w:tc>
          <w:tcPr>
            <w:tcW w:w="1425" w:type="dxa"/>
            <w:vAlign w:val="center"/>
          </w:tcPr>
          <w:p w14:paraId="04109A30" w14:textId="77777777" w:rsidR="0009269B" w:rsidRDefault="00000000">
            <w:pPr>
              <w:spacing w:line="240" w:lineRule="auto"/>
              <w:jc w:val="center"/>
            </w:pPr>
            <w:r>
              <w:rPr>
                <w:sz w:val="22"/>
              </w:rPr>
              <w:t>☐</w:t>
            </w:r>
          </w:p>
        </w:tc>
        <w:tc>
          <w:tcPr>
            <w:tcW w:w="1425" w:type="dxa"/>
            <w:vAlign w:val="center"/>
          </w:tcPr>
          <w:p w14:paraId="0BF7E6BA" w14:textId="77777777" w:rsidR="0009269B" w:rsidRDefault="00000000">
            <w:pPr>
              <w:spacing w:line="240" w:lineRule="auto"/>
              <w:jc w:val="center"/>
            </w:pPr>
            <w:r>
              <w:rPr>
                <w:sz w:val="22"/>
              </w:rPr>
              <w:t>☐</w:t>
            </w:r>
          </w:p>
        </w:tc>
        <w:tc>
          <w:tcPr>
            <w:tcW w:w="1425" w:type="dxa"/>
            <w:vAlign w:val="center"/>
          </w:tcPr>
          <w:p w14:paraId="405B2564" w14:textId="77777777" w:rsidR="0009269B" w:rsidRDefault="00000000">
            <w:pPr>
              <w:spacing w:line="240" w:lineRule="auto"/>
              <w:jc w:val="center"/>
            </w:pPr>
            <w:r>
              <w:rPr>
                <w:sz w:val="22"/>
              </w:rPr>
              <w:t>☐</w:t>
            </w:r>
          </w:p>
        </w:tc>
        <w:tc>
          <w:tcPr>
            <w:tcW w:w="1425" w:type="dxa"/>
            <w:vAlign w:val="center"/>
          </w:tcPr>
          <w:p w14:paraId="03B65389" w14:textId="77777777" w:rsidR="0009269B" w:rsidRDefault="00000000">
            <w:pPr>
              <w:spacing w:line="240" w:lineRule="auto"/>
              <w:jc w:val="center"/>
            </w:pPr>
            <w:r>
              <w:rPr>
                <w:sz w:val="22"/>
              </w:rPr>
              <w:t>☐</w:t>
            </w:r>
          </w:p>
        </w:tc>
        <w:tc>
          <w:tcPr>
            <w:tcW w:w="1425" w:type="dxa"/>
            <w:vAlign w:val="center"/>
          </w:tcPr>
          <w:p w14:paraId="04AF58F5" w14:textId="77777777" w:rsidR="0009269B" w:rsidRDefault="00000000">
            <w:pPr>
              <w:spacing w:line="240" w:lineRule="auto"/>
            </w:pPr>
            <w:r>
              <w:rPr>
                <w:sz w:val="18"/>
              </w:rPr>
              <w:t>[при необходимости]</w:t>
            </w:r>
          </w:p>
        </w:tc>
      </w:tr>
      <w:tr w:rsidR="0009269B" w14:paraId="2A94AA7D" w14:textId="77777777">
        <w:trPr>
          <w:jc w:val="center"/>
        </w:trPr>
        <w:tc>
          <w:tcPr>
            <w:tcW w:w="1425" w:type="dxa"/>
            <w:vAlign w:val="center"/>
          </w:tcPr>
          <w:p w14:paraId="1CF6E8E6" w14:textId="77777777" w:rsidR="0009269B" w:rsidRPr="00730F34" w:rsidRDefault="00000000">
            <w:pPr>
              <w:spacing w:line="240" w:lineRule="auto"/>
              <w:rPr>
                <w:lang w:val="ru-RU"/>
              </w:rPr>
            </w:pPr>
            <w:r w:rsidRPr="00730F34">
              <w:rPr>
                <w:sz w:val="18"/>
                <w:lang w:val="ru-RU"/>
              </w:rPr>
              <w:t>Полнота, актуальность и корректность источников</w:t>
            </w:r>
          </w:p>
        </w:tc>
        <w:tc>
          <w:tcPr>
            <w:tcW w:w="1425" w:type="dxa"/>
            <w:vAlign w:val="center"/>
          </w:tcPr>
          <w:p w14:paraId="475185B0" w14:textId="77777777" w:rsidR="0009269B" w:rsidRDefault="00000000">
            <w:pPr>
              <w:spacing w:line="240" w:lineRule="auto"/>
              <w:jc w:val="center"/>
            </w:pPr>
            <w:r>
              <w:rPr>
                <w:sz w:val="22"/>
              </w:rPr>
              <w:t>☐</w:t>
            </w:r>
          </w:p>
        </w:tc>
        <w:tc>
          <w:tcPr>
            <w:tcW w:w="1425" w:type="dxa"/>
            <w:vAlign w:val="center"/>
          </w:tcPr>
          <w:p w14:paraId="1D828B61" w14:textId="77777777" w:rsidR="0009269B" w:rsidRDefault="00000000">
            <w:pPr>
              <w:spacing w:line="240" w:lineRule="auto"/>
              <w:jc w:val="center"/>
            </w:pPr>
            <w:r>
              <w:rPr>
                <w:sz w:val="22"/>
              </w:rPr>
              <w:t>☐</w:t>
            </w:r>
          </w:p>
        </w:tc>
        <w:tc>
          <w:tcPr>
            <w:tcW w:w="1425" w:type="dxa"/>
            <w:vAlign w:val="center"/>
          </w:tcPr>
          <w:p w14:paraId="3429C4EE" w14:textId="77777777" w:rsidR="0009269B" w:rsidRDefault="00000000">
            <w:pPr>
              <w:spacing w:line="240" w:lineRule="auto"/>
              <w:jc w:val="center"/>
            </w:pPr>
            <w:r>
              <w:rPr>
                <w:sz w:val="22"/>
              </w:rPr>
              <w:t>☐</w:t>
            </w:r>
          </w:p>
        </w:tc>
        <w:tc>
          <w:tcPr>
            <w:tcW w:w="1425" w:type="dxa"/>
            <w:vAlign w:val="center"/>
          </w:tcPr>
          <w:p w14:paraId="4174BD3F" w14:textId="77777777" w:rsidR="0009269B" w:rsidRDefault="00000000">
            <w:pPr>
              <w:spacing w:line="240" w:lineRule="auto"/>
              <w:jc w:val="center"/>
            </w:pPr>
            <w:r>
              <w:rPr>
                <w:sz w:val="22"/>
              </w:rPr>
              <w:t>☐</w:t>
            </w:r>
          </w:p>
        </w:tc>
        <w:tc>
          <w:tcPr>
            <w:tcW w:w="1425" w:type="dxa"/>
            <w:vAlign w:val="center"/>
          </w:tcPr>
          <w:p w14:paraId="368CEB1C" w14:textId="77777777" w:rsidR="0009269B" w:rsidRDefault="00000000">
            <w:pPr>
              <w:spacing w:line="240" w:lineRule="auto"/>
              <w:jc w:val="center"/>
            </w:pPr>
            <w:r>
              <w:rPr>
                <w:sz w:val="22"/>
              </w:rPr>
              <w:t>☐</w:t>
            </w:r>
          </w:p>
        </w:tc>
        <w:tc>
          <w:tcPr>
            <w:tcW w:w="1425" w:type="dxa"/>
            <w:vAlign w:val="center"/>
          </w:tcPr>
          <w:p w14:paraId="5724671D" w14:textId="77777777" w:rsidR="0009269B" w:rsidRDefault="00000000">
            <w:pPr>
              <w:spacing w:line="240" w:lineRule="auto"/>
            </w:pPr>
            <w:r>
              <w:rPr>
                <w:sz w:val="18"/>
              </w:rPr>
              <w:t>[при необходимости]</w:t>
            </w:r>
          </w:p>
        </w:tc>
      </w:tr>
      <w:tr w:rsidR="0009269B" w14:paraId="182BD47F" w14:textId="77777777">
        <w:trPr>
          <w:jc w:val="center"/>
        </w:trPr>
        <w:tc>
          <w:tcPr>
            <w:tcW w:w="1425" w:type="dxa"/>
            <w:vAlign w:val="center"/>
          </w:tcPr>
          <w:p w14:paraId="245D46EB" w14:textId="77777777" w:rsidR="0009269B" w:rsidRPr="00730F34" w:rsidRDefault="00000000">
            <w:pPr>
              <w:spacing w:line="240" w:lineRule="auto"/>
              <w:rPr>
                <w:lang w:val="ru-RU"/>
              </w:rPr>
            </w:pPr>
            <w:r w:rsidRPr="00730F34">
              <w:rPr>
                <w:sz w:val="18"/>
                <w:lang w:val="ru-RU"/>
              </w:rPr>
              <w:t>Язык, стиль и соответствие требованиям оформления</w:t>
            </w:r>
          </w:p>
        </w:tc>
        <w:tc>
          <w:tcPr>
            <w:tcW w:w="1425" w:type="dxa"/>
            <w:vAlign w:val="center"/>
          </w:tcPr>
          <w:p w14:paraId="2976601E" w14:textId="77777777" w:rsidR="0009269B" w:rsidRDefault="00000000">
            <w:pPr>
              <w:spacing w:line="240" w:lineRule="auto"/>
              <w:jc w:val="center"/>
            </w:pPr>
            <w:r>
              <w:rPr>
                <w:sz w:val="22"/>
              </w:rPr>
              <w:t>☐</w:t>
            </w:r>
          </w:p>
        </w:tc>
        <w:tc>
          <w:tcPr>
            <w:tcW w:w="1425" w:type="dxa"/>
            <w:vAlign w:val="center"/>
          </w:tcPr>
          <w:p w14:paraId="3D5221F6" w14:textId="77777777" w:rsidR="0009269B" w:rsidRDefault="00000000">
            <w:pPr>
              <w:spacing w:line="240" w:lineRule="auto"/>
              <w:jc w:val="center"/>
            </w:pPr>
            <w:r>
              <w:rPr>
                <w:sz w:val="22"/>
              </w:rPr>
              <w:t>☐</w:t>
            </w:r>
          </w:p>
        </w:tc>
        <w:tc>
          <w:tcPr>
            <w:tcW w:w="1425" w:type="dxa"/>
            <w:vAlign w:val="center"/>
          </w:tcPr>
          <w:p w14:paraId="12EDA3A6" w14:textId="77777777" w:rsidR="0009269B" w:rsidRDefault="00000000">
            <w:pPr>
              <w:spacing w:line="240" w:lineRule="auto"/>
              <w:jc w:val="center"/>
            </w:pPr>
            <w:r>
              <w:rPr>
                <w:sz w:val="22"/>
              </w:rPr>
              <w:t>☐</w:t>
            </w:r>
          </w:p>
        </w:tc>
        <w:tc>
          <w:tcPr>
            <w:tcW w:w="1425" w:type="dxa"/>
            <w:vAlign w:val="center"/>
          </w:tcPr>
          <w:p w14:paraId="41ABE382" w14:textId="77777777" w:rsidR="0009269B" w:rsidRDefault="00000000">
            <w:pPr>
              <w:spacing w:line="240" w:lineRule="auto"/>
              <w:jc w:val="center"/>
            </w:pPr>
            <w:r>
              <w:rPr>
                <w:sz w:val="22"/>
              </w:rPr>
              <w:t>☐</w:t>
            </w:r>
          </w:p>
        </w:tc>
        <w:tc>
          <w:tcPr>
            <w:tcW w:w="1425" w:type="dxa"/>
            <w:vAlign w:val="center"/>
          </w:tcPr>
          <w:p w14:paraId="7A43C1A6" w14:textId="77777777" w:rsidR="0009269B" w:rsidRDefault="00000000">
            <w:pPr>
              <w:spacing w:line="240" w:lineRule="auto"/>
              <w:jc w:val="center"/>
            </w:pPr>
            <w:r>
              <w:rPr>
                <w:sz w:val="22"/>
              </w:rPr>
              <w:t>☐</w:t>
            </w:r>
          </w:p>
        </w:tc>
        <w:tc>
          <w:tcPr>
            <w:tcW w:w="1425" w:type="dxa"/>
            <w:vAlign w:val="center"/>
          </w:tcPr>
          <w:p w14:paraId="1468EBD4" w14:textId="77777777" w:rsidR="0009269B" w:rsidRDefault="00000000">
            <w:pPr>
              <w:spacing w:line="240" w:lineRule="auto"/>
            </w:pPr>
            <w:r>
              <w:rPr>
                <w:sz w:val="18"/>
              </w:rPr>
              <w:t>[при необходимости]</w:t>
            </w:r>
          </w:p>
        </w:tc>
      </w:tr>
      <w:tr w:rsidR="0009269B" w14:paraId="5A468689" w14:textId="77777777">
        <w:trPr>
          <w:jc w:val="center"/>
        </w:trPr>
        <w:tc>
          <w:tcPr>
            <w:tcW w:w="1425" w:type="dxa"/>
            <w:vAlign w:val="center"/>
          </w:tcPr>
          <w:p w14:paraId="6483D39E" w14:textId="77777777" w:rsidR="0009269B" w:rsidRDefault="00000000">
            <w:pPr>
              <w:spacing w:line="240" w:lineRule="auto"/>
            </w:pPr>
            <w:r>
              <w:rPr>
                <w:sz w:val="18"/>
              </w:rPr>
              <w:t>Соблюдение принципов публикационной этики</w:t>
            </w:r>
          </w:p>
        </w:tc>
        <w:tc>
          <w:tcPr>
            <w:tcW w:w="1425" w:type="dxa"/>
            <w:vAlign w:val="center"/>
          </w:tcPr>
          <w:p w14:paraId="305A392E" w14:textId="77777777" w:rsidR="0009269B" w:rsidRDefault="00000000">
            <w:pPr>
              <w:spacing w:line="240" w:lineRule="auto"/>
              <w:jc w:val="center"/>
            </w:pPr>
            <w:r>
              <w:rPr>
                <w:sz w:val="22"/>
              </w:rPr>
              <w:t>☐</w:t>
            </w:r>
          </w:p>
        </w:tc>
        <w:tc>
          <w:tcPr>
            <w:tcW w:w="1425" w:type="dxa"/>
            <w:vAlign w:val="center"/>
          </w:tcPr>
          <w:p w14:paraId="105058F4" w14:textId="77777777" w:rsidR="0009269B" w:rsidRDefault="00000000">
            <w:pPr>
              <w:spacing w:line="240" w:lineRule="auto"/>
              <w:jc w:val="center"/>
            </w:pPr>
            <w:r>
              <w:rPr>
                <w:sz w:val="22"/>
              </w:rPr>
              <w:t>☐</w:t>
            </w:r>
          </w:p>
        </w:tc>
        <w:tc>
          <w:tcPr>
            <w:tcW w:w="1425" w:type="dxa"/>
            <w:vAlign w:val="center"/>
          </w:tcPr>
          <w:p w14:paraId="757147CD" w14:textId="77777777" w:rsidR="0009269B" w:rsidRDefault="00000000">
            <w:pPr>
              <w:spacing w:line="240" w:lineRule="auto"/>
              <w:jc w:val="center"/>
            </w:pPr>
            <w:r>
              <w:rPr>
                <w:sz w:val="22"/>
              </w:rPr>
              <w:t>☐</w:t>
            </w:r>
          </w:p>
        </w:tc>
        <w:tc>
          <w:tcPr>
            <w:tcW w:w="1425" w:type="dxa"/>
            <w:vAlign w:val="center"/>
          </w:tcPr>
          <w:p w14:paraId="15DC8866" w14:textId="77777777" w:rsidR="0009269B" w:rsidRDefault="00000000">
            <w:pPr>
              <w:spacing w:line="240" w:lineRule="auto"/>
              <w:jc w:val="center"/>
            </w:pPr>
            <w:r>
              <w:rPr>
                <w:sz w:val="22"/>
              </w:rPr>
              <w:t>☐</w:t>
            </w:r>
          </w:p>
        </w:tc>
        <w:tc>
          <w:tcPr>
            <w:tcW w:w="1425" w:type="dxa"/>
            <w:vAlign w:val="center"/>
          </w:tcPr>
          <w:p w14:paraId="48696D86" w14:textId="77777777" w:rsidR="0009269B" w:rsidRDefault="00000000">
            <w:pPr>
              <w:spacing w:line="240" w:lineRule="auto"/>
              <w:jc w:val="center"/>
            </w:pPr>
            <w:r>
              <w:rPr>
                <w:sz w:val="22"/>
              </w:rPr>
              <w:t>☐</w:t>
            </w:r>
          </w:p>
        </w:tc>
        <w:tc>
          <w:tcPr>
            <w:tcW w:w="1425" w:type="dxa"/>
            <w:vAlign w:val="center"/>
          </w:tcPr>
          <w:p w14:paraId="0F9B7790" w14:textId="77777777" w:rsidR="0009269B" w:rsidRDefault="00000000">
            <w:pPr>
              <w:spacing w:line="240" w:lineRule="auto"/>
            </w:pPr>
            <w:r>
              <w:rPr>
                <w:sz w:val="18"/>
              </w:rPr>
              <w:t>[при необходимости]</w:t>
            </w:r>
          </w:p>
        </w:tc>
      </w:tr>
    </w:tbl>
    <w:p w14:paraId="5EA40A96" w14:textId="77777777" w:rsidR="0009269B" w:rsidRDefault="0009269B">
      <w:pPr>
        <w:spacing w:line="240" w:lineRule="auto"/>
        <w:jc w:val="both"/>
      </w:pPr>
    </w:p>
    <w:p w14:paraId="56370E02" w14:textId="77777777" w:rsidR="0009269B" w:rsidRDefault="00000000">
      <w:pPr>
        <w:jc w:val="center"/>
      </w:pPr>
      <w:r>
        <w:rPr>
          <w:b/>
        </w:rPr>
        <w:t>РАЗВЁРНУТОЕ ЗАКЛЮЧЕНИЕ РЕЦЕНЗЕНТА</w:t>
      </w:r>
    </w:p>
    <w:p w14:paraId="192143B0" w14:textId="77777777" w:rsidR="0009269B" w:rsidRDefault="00000000">
      <w:pPr>
        <w:spacing w:line="288" w:lineRule="auto"/>
      </w:pPr>
      <w:r>
        <w:rPr>
          <w:b/>
        </w:rPr>
        <w:t>1. Краткая характеристика работы</w:t>
      </w:r>
    </w:p>
    <w:p w14:paraId="2C2E6C10" w14:textId="77777777" w:rsidR="0009269B" w:rsidRPr="00730F34" w:rsidRDefault="00000000">
      <w:pPr>
        <w:jc w:val="both"/>
        <w:rPr>
          <w:lang w:val="ru-RU"/>
        </w:rPr>
      </w:pPr>
      <w:r w:rsidRPr="00730F34">
        <w:rPr>
          <w:lang w:val="ru-RU"/>
        </w:rPr>
        <w:t>[Кратко изложите предмет, цель, подход и основные результаты статьи.]</w:t>
      </w:r>
      <w:r w:rsidRPr="00730F34">
        <w:rPr>
          <w:lang w:val="ru-RU"/>
        </w:rPr>
        <w:br/>
      </w:r>
      <w:r w:rsidRPr="00730F34">
        <w:rPr>
          <w:lang w:val="ru-RU"/>
        </w:rPr>
        <w:br/>
        <w:t>[Введите текст рецензии.]</w:t>
      </w:r>
      <w:r w:rsidRPr="00730F34">
        <w:rPr>
          <w:lang w:val="ru-RU"/>
        </w:rPr>
        <w:br/>
      </w:r>
      <w:r w:rsidRPr="00730F34">
        <w:rPr>
          <w:lang w:val="ru-RU"/>
        </w:rPr>
        <w:br/>
      </w:r>
    </w:p>
    <w:p w14:paraId="0BF47357" w14:textId="77777777" w:rsidR="0009269B" w:rsidRPr="00730F34" w:rsidRDefault="00000000">
      <w:pPr>
        <w:spacing w:line="288" w:lineRule="auto"/>
        <w:rPr>
          <w:lang w:val="ru-RU"/>
        </w:rPr>
      </w:pPr>
      <w:r w:rsidRPr="00730F34">
        <w:rPr>
          <w:b/>
          <w:lang w:val="ru-RU"/>
        </w:rPr>
        <w:t>2. Сильные стороны рукописи</w:t>
      </w:r>
    </w:p>
    <w:p w14:paraId="3BF975B2" w14:textId="77777777" w:rsidR="0009269B" w:rsidRPr="00730F34" w:rsidRDefault="00000000">
      <w:pPr>
        <w:jc w:val="both"/>
        <w:rPr>
          <w:lang w:val="ru-RU"/>
        </w:rPr>
      </w:pPr>
      <w:r w:rsidRPr="00730F34">
        <w:rPr>
          <w:lang w:val="ru-RU"/>
        </w:rPr>
        <w:t>[Укажите достоинства: новизна, методология, результаты, практическая ценность и др.]</w:t>
      </w:r>
      <w:r w:rsidRPr="00730F34">
        <w:rPr>
          <w:lang w:val="ru-RU"/>
        </w:rPr>
        <w:br/>
      </w:r>
      <w:r w:rsidRPr="00730F34">
        <w:rPr>
          <w:lang w:val="ru-RU"/>
        </w:rPr>
        <w:lastRenderedPageBreak/>
        <w:br/>
        <w:t>[Введите текст рецензии.]</w:t>
      </w:r>
      <w:r w:rsidRPr="00730F34">
        <w:rPr>
          <w:lang w:val="ru-RU"/>
        </w:rPr>
        <w:br/>
      </w:r>
      <w:r w:rsidRPr="00730F34">
        <w:rPr>
          <w:lang w:val="ru-RU"/>
        </w:rPr>
        <w:br/>
      </w:r>
    </w:p>
    <w:p w14:paraId="6C250421" w14:textId="77777777" w:rsidR="0009269B" w:rsidRPr="00730F34" w:rsidRDefault="00000000">
      <w:pPr>
        <w:spacing w:line="288" w:lineRule="auto"/>
        <w:rPr>
          <w:lang w:val="ru-RU"/>
        </w:rPr>
      </w:pPr>
      <w:r w:rsidRPr="00730F34">
        <w:rPr>
          <w:b/>
          <w:lang w:val="ru-RU"/>
        </w:rPr>
        <w:t>3. Основные замечания</w:t>
      </w:r>
    </w:p>
    <w:p w14:paraId="631C575A" w14:textId="77777777" w:rsidR="0009269B" w:rsidRPr="00730F34" w:rsidRDefault="00000000">
      <w:pPr>
        <w:jc w:val="both"/>
        <w:rPr>
          <w:lang w:val="ru-RU"/>
        </w:rPr>
      </w:pPr>
      <w:r w:rsidRPr="00730F34">
        <w:rPr>
          <w:lang w:val="ru-RU"/>
        </w:rPr>
        <w:t>[Перечислите существенные замечания, которые необходимо устранить для возможности публикации.]</w:t>
      </w:r>
      <w:r w:rsidRPr="00730F34">
        <w:rPr>
          <w:lang w:val="ru-RU"/>
        </w:rPr>
        <w:br/>
      </w:r>
      <w:r w:rsidRPr="00730F34">
        <w:rPr>
          <w:lang w:val="ru-RU"/>
        </w:rPr>
        <w:br/>
        <w:t>[Введите текст рецензии.]</w:t>
      </w:r>
      <w:r w:rsidRPr="00730F34">
        <w:rPr>
          <w:lang w:val="ru-RU"/>
        </w:rPr>
        <w:br/>
      </w:r>
      <w:r w:rsidRPr="00730F34">
        <w:rPr>
          <w:lang w:val="ru-RU"/>
        </w:rPr>
        <w:br/>
      </w:r>
    </w:p>
    <w:p w14:paraId="51501127" w14:textId="77777777" w:rsidR="0009269B" w:rsidRPr="00730F34" w:rsidRDefault="00000000">
      <w:pPr>
        <w:spacing w:line="288" w:lineRule="auto"/>
        <w:rPr>
          <w:lang w:val="ru-RU"/>
        </w:rPr>
      </w:pPr>
      <w:r w:rsidRPr="00730F34">
        <w:rPr>
          <w:b/>
          <w:lang w:val="ru-RU"/>
        </w:rPr>
        <w:t>4. Частные замечания</w:t>
      </w:r>
    </w:p>
    <w:p w14:paraId="07AEEFDF" w14:textId="77777777" w:rsidR="0009269B" w:rsidRPr="00730F34" w:rsidRDefault="00000000">
      <w:pPr>
        <w:jc w:val="both"/>
        <w:rPr>
          <w:lang w:val="ru-RU"/>
        </w:rPr>
      </w:pPr>
      <w:r w:rsidRPr="00730F34">
        <w:rPr>
          <w:lang w:val="ru-RU"/>
        </w:rPr>
        <w:t>[Укажите замечания к структуре, терминологии, таблицам, рисункам, формулам, ссылкам, языку и оформлению.]</w:t>
      </w:r>
      <w:r w:rsidRPr="00730F34">
        <w:rPr>
          <w:lang w:val="ru-RU"/>
        </w:rPr>
        <w:br/>
      </w:r>
      <w:r w:rsidRPr="00730F34">
        <w:rPr>
          <w:lang w:val="ru-RU"/>
        </w:rPr>
        <w:br/>
        <w:t>[Введите текст рецензии.]</w:t>
      </w:r>
      <w:r w:rsidRPr="00730F34">
        <w:rPr>
          <w:lang w:val="ru-RU"/>
        </w:rPr>
        <w:br/>
      </w:r>
      <w:r w:rsidRPr="00730F34">
        <w:rPr>
          <w:lang w:val="ru-RU"/>
        </w:rPr>
        <w:br/>
      </w:r>
    </w:p>
    <w:p w14:paraId="5D34E44C" w14:textId="77777777" w:rsidR="0009269B" w:rsidRPr="00730F34" w:rsidRDefault="00000000">
      <w:pPr>
        <w:spacing w:line="288" w:lineRule="auto"/>
        <w:rPr>
          <w:lang w:val="ru-RU"/>
        </w:rPr>
      </w:pPr>
      <w:r w:rsidRPr="00730F34">
        <w:rPr>
          <w:b/>
          <w:lang w:val="ru-RU"/>
        </w:rPr>
        <w:t>5. Рекомендации авторам</w:t>
      </w:r>
    </w:p>
    <w:p w14:paraId="512730D8" w14:textId="77777777" w:rsidR="0009269B" w:rsidRPr="00730F34" w:rsidRDefault="00000000">
      <w:pPr>
        <w:jc w:val="both"/>
        <w:rPr>
          <w:lang w:val="ru-RU"/>
        </w:rPr>
      </w:pPr>
      <w:r w:rsidRPr="00730F34">
        <w:rPr>
          <w:lang w:val="ru-RU"/>
        </w:rPr>
        <w:t>[Сформулируйте конкретные, корректные и выполнимые рекомендации.]</w:t>
      </w:r>
      <w:r w:rsidRPr="00730F34">
        <w:rPr>
          <w:lang w:val="ru-RU"/>
        </w:rPr>
        <w:br/>
      </w:r>
      <w:r w:rsidRPr="00730F34">
        <w:rPr>
          <w:lang w:val="ru-RU"/>
        </w:rPr>
        <w:br/>
        <w:t>[Введите текст рецензии.]</w:t>
      </w:r>
      <w:r w:rsidRPr="00730F34">
        <w:rPr>
          <w:lang w:val="ru-RU"/>
        </w:rPr>
        <w:br/>
      </w:r>
      <w:r w:rsidRPr="00730F34">
        <w:rPr>
          <w:lang w:val="ru-RU"/>
        </w:rPr>
        <w:br/>
      </w:r>
    </w:p>
    <w:p w14:paraId="6789A442" w14:textId="77777777" w:rsidR="0009269B" w:rsidRPr="00730F34" w:rsidRDefault="00000000">
      <w:pPr>
        <w:jc w:val="center"/>
        <w:rPr>
          <w:lang w:val="ru-RU"/>
        </w:rPr>
      </w:pPr>
      <w:r w:rsidRPr="00730F34">
        <w:rPr>
          <w:b/>
          <w:lang w:val="ru-RU"/>
        </w:rPr>
        <w:t>РЕКОМЕНДАЦИЯ РЕЦЕНЗЕНТА ДЛЯ РЕДАКЦИИ</w:t>
      </w:r>
    </w:p>
    <w:p w14:paraId="266F775B" w14:textId="77777777" w:rsidR="0009269B" w:rsidRPr="00730F34" w:rsidRDefault="00000000">
      <w:pPr>
        <w:spacing w:line="288" w:lineRule="auto"/>
        <w:rPr>
          <w:lang w:val="ru-RU"/>
        </w:rPr>
      </w:pPr>
      <w:r w:rsidRPr="00730F34">
        <w:rPr>
          <w:lang w:val="ru-RU"/>
        </w:rPr>
        <w:t>☐ Принять к публикации без доработки.</w:t>
      </w:r>
    </w:p>
    <w:p w14:paraId="1D42AFCF" w14:textId="77777777" w:rsidR="0009269B" w:rsidRPr="00730F34" w:rsidRDefault="00000000">
      <w:pPr>
        <w:spacing w:line="288" w:lineRule="auto"/>
        <w:rPr>
          <w:lang w:val="ru-RU"/>
        </w:rPr>
      </w:pPr>
      <w:r w:rsidRPr="00730F34">
        <w:rPr>
          <w:lang w:val="ru-RU"/>
        </w:rPr>
        <w:t>☐ Принять к публикации после незначительной доработки.</w:t>
      </w:r>
    </w:p>
    <w:p w14:paraId="225F5232" w14:textId="77777777" w:rsidR="0009269B" w:rsidRPr="00730F34" w:rsidRDefault="00000000">
      <w:pPr>
        <w:spacing w:line="288" w:lineRule="auto"/>
        <w:rPr>
          <w:lang w:val="ru-RU"/>
        </w:rPr>
      </w:pPr>
      <w:r w:rsidRPr="00730F34">
        <w:rPr>
          <w:lang w:val="ru-RU"/>
        </w:rPr>
        <w:t>☐ Направить на существенную доработку и повторное рецензирование.</w:t>
      </w:r>
    </w:p>
    <w:p w14:paraId="3DE11245" w14:textId="77777777" w:rsidR="0009269B" w:rsidRPr="00730F34" w:rsidRDefault="00000000">
      <w:pPr>
        <w:spacing w:line="288" w:lineRule="auto"/>
        <w:rPr>
          <w:lang w:val="ru-RU"/>
        </w:rPr>
      </w:pPr>
      <w:r w:rsidRPr="00730F34">
        <w:rPr>
          <w:lang w:val="ru-RU"/>
        </w:rPr>
        <w:t>☐ Отклонить рукопись.</w:t>
      </w:r>
    </w:p>
    <w:p w14:paraId="7E86AD31" w14:textId="77777777" w:rsidR="0009269B" w:rsidRPr="00730F34" w:rsidRDefault="00000000">
      <w:pPr>
        <w:spacing w:line="288" w:lineRule="auto"/>
        <w:rPr>
          <w:lang w:val="ru-RU"/>
        </w:rPr>
      </w:pPr>
      <w:r w:rsidRPr="00730F34">
        <w:rPr>
          <w:lang w:val="ru-RU"/>
        </w:rPr>
        <w:lastRenderedPageBreak/>
        <w:t>☐ Передать на дополнительное рецензирование / назначить ещё одного эксперта.</w:t>
      </w:r>
    </w:p>
    <w:p w14:paraId="0FAF1F9F" w14:textId="77777777" w:rsidR="0009269B" w:rsidRPr="00730F34" w:rsidRDefault="00000000">
      <w:pPr>
        <w:spacing w:line="288" w:lineRule="auto"/>
        <w:rPr>
          <w:lang w:val="ru-RU"/>
        </w:rPr>
      </w:pPr>
      <w:r w:rsidRPr="00730F34">
        <w:rPr>
          <w:b/>
          <w:lang w:val="ru-RU"/>
        </w:rPr>
        <w:t xml:space="preserve">Обоснование рекомендации: </w:t>
      </w:r>
      <w:r w:rsidRPr="00730F34">
        <w:rPr>
          <w:lang w:val="ru-RU"/>
        </w:rPr>
        <w:t>[укажите]</w:t>
      </w:r>
    </w:p>
    <w:p w14:paraId="4C5CE31D" w14:textId="77777777" w:rsidR="0009269B" w:rsidRPr="00730F34" w:rsidRDefault="00000000">
      <w:pPr>
        <w:jc w:val="center"/>
        <w:rPr>
          <w:lang w:val="ru-RU"/>
        </w:rPr>
      </w:pPr>
      <w:r w:rsidRPr="00730F34">
        <w:rPr>
          <w:b/>
          <w:lang w:val="ru-RU"/>
        </w:rPr>
        <w:t>КОММЕНТАРИИ ТОЛЬКО ДЛЯ РЕДАКЦИИ</w:t>
      </w:r>
    </w:p>
    <w:p w14:paraId="2281ACE6" w14:textId="77777777" w:rsidR="0009269B" w:rsidRPr="00730F34" w:rsidRDefault="00000000">
      <w:pPr>
        <w:jc w:val="both"/>
        <w:rPr>
          <w:lang w:val="ru-RU"/>
        </w:rPr>
      </w:pPr>
      <w:r w:rsidRPr="00730F34">
        <w:rPr>
          <w:lang w:val="ru-RU"/>
        </w:rPr>
        <w:t>[Этот раздел не направляется авторам. Укажите, при необходимости, информацию о предполагаемых этических нарушениях, конфликте интересов, ограничениях компетенции рецензента, необходимости проверки заимствований или другие сведения для редактора.]</w:t>
      </w:r>
      <w:r w:rsidRPr="00730F34">
        <w:rPr>
          <w:lang w:val="ru-RU"/>
        </w:rPr>
        <w:br/>
      </w:r>
      <w:r w:rsidRPr="00730F34">
        <w:rPr>
          <w:lang w:val="ru-RU"/>
        </w:rPr>
        <w:br/>
        <w:t>[Введите комментарий либо: отсутствуют.]</w:t>
      </w:r>
    </w:p>
    <w:p w14:paraId="63D2B377" w14:textId="77777777" w:rsidR="0009269B" w:rsidRPr="00730F34" w:rsidRDefault="00000000">
      <w:pPr>
        <w:jc w:val="center"/>
        <w:rPr>
          <w:lang w:val="ru-RU"/>
        </w:rPr>
      </w:pPr>
      <w:r w:rsidRPr="00730F34">
        <w:rPr>
          <w:b/>
          <w:lang w:val="ru-RU"/>
        </w:rPr>
        <w:t>ПОДТВЕРЖДЕНИЕ</w:t>
      </w:r>
    </w:p>
    <w:p w14:paraId="253BDA1D" w14:textId="77777777" w:rsidR="0009269B" w:rsidRPr="00730F34" w:rsidRDefault="00000000">
      <w:pPr>
        <w:spacing w:line="288" w:lineRule="auto"/>
        <w:jc w:val="both"/>
        <w:rPr>
          <w:lang w:val="ru-RU"/>
        </w:rPr>
      </w:pPr>
      <w:r w:rsidRPr="00730F34">
        <w:rPr>
          <w:sz w:val="26"/>
          <w:lang w:val="ru-RU"/>
        </w:rPr>
        <w:t>Подтверждаю, что настоящая рецензия подготовлена мной лично, отражает независимую профессиональную оценку рукописи и не содержит оскорбительных, дискриминационных или не относящихся к содержанию работы высказываний.</w:t>
      </w:r>
    </w:p>
    <w:p w14:paraId="042B4402" w14:textId="77777777" w:rsidR="0009269B" w:rsidRPr="00730F34" w:rsidRDefault="00000000">
      <w:pPr>
        <w:spacing w:line="288" w:lineRule="auto"/>
        <w:rPr>
          <w:lang w:val="ru-RU"/>
        </w:rPr>
      </w:pPr>
      <w:r w:rsidRPr="00730F34">
        <w:rPr>
          <w:b/>
          <w:lang w:val="ru-RU"/>
        </w:rPr>
        <w:t xml:space="preserve">Подпись рецензента: </w:t>
      </w:r>
      <w:r w:rsidRPr="00730F34">
        <w:rPr>
          <w:lang w:val="ru-RU"/>
        </w:rPr>
        <w:t>____________________</w:t>
      </w:r>
    </w:p>
    <w:p w14:paraId="0ADCC06B" w14:textId="77777777" w:rsidR="0009269B" w:rsidRPr="00730F34" w:rsidRDefault="00000000">
      <w:pPr>
        <w:spacing w:line="288" w:lineRule="auto"/>
        <w:rPr>
          <w:lang w:val="ru-RU"/>
        </w:rPr>
      </w:pPr>
      <w:r w:rsidRPr="00730F34">
        <w:rPr>
          <w:b/>
          <w:lang w:val="ru-RU"/>
        </w:rPr>
        <w:t xml:space="preserve">Дата: </w:t>
      </w:r>
      <w:r w:rsidRPr="00730F34">
        <w:rPr>
          <w:lang w:val="ru-RU"/>
        </w:rPr>
        <w:t>____________________</w:t>
      </w:r>
    </w:p>
    <w:p w14:paraId="51CE8B7B" w14:textId="77777777" w:rsidR="0009269B" w:rsidRPr="00730F34" w:rsidRDefault="00000000">
      <w:pPr>
        <w:spacing w:line="240" w:lineRule="auto"/>
        <w:jc w:val="both"/>
        <w:rPr>
          <w:lang w:val="ru-RU"/>
        </w:rPr>
      </w:pPr>
      <w:r w:rsidRPr="00730F34">
        <w:rPr>
          <w:i/>
          <w:sz w:val="20"/>
          <w:lang w:val="ru-RU"/>
        </w:rPr>
        <w:t>Примечание для редакции: для двойного слепого рецензирования автору следует направлять только обезличенные замечания и рекомендацию о доработке; персональные сведения, подпись, конфликт интересов и раздел «Комментарии только для редакции» автору не передаются.</w:t>
      </w:r>
    </w:p>
    <w:sectPr w:rsidR="0009269B" w:rsidRPr="00730F34" w:rsidSect="00034616">
      <w:footerReference w:type="default" r:id="rId8"/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A71954" w14:textId="77777777" w:rsidR="00736621" w:rsidRDefault="00736621">
      <w:pPr>
        <w:spacing w:line="240" w:lineRule="auto"/>
      </w:pPr>
      <w:r>
        <w:separator/>
      </w:r>
    </w:p>
  </w:endnote>
  <w:endnote w:type="continuationSeparator" w:id="0">
    <w:p w14:paraId="1FE46BAF" w14:textId="77777777" w:rsidR="00736621" w:rsidRDefault="0073662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CE6E40" w14:textId="77777777" w:rsidR="0009269B" w:rsidRDefault="00000000">
    <w:pPr>
      <w:pStyle w:val="Footer"/>
      <w:jc w:val="center"/>
    </w:pPr>
    <w:proofErr w:type="spellStart"/>
    <w:r>
      <w:rPr>
        <w:sz w:val="20"/>
      </w:rPr>
      <w:t>Страница</w:t>
    </w:r>
    <w:proofErr w:type="spellEnd"/>
    <w:r>
      <w:rPr>
        <w:sz w:val="20"/>
      </w:rPr>
      <w:t xml:space="preserve"> </w:t>
    </w:r>
    <w:r>
      <w:rPr>
        <w:sz w:val="20"/>
      </w:rPr>
      <w:fldChar w:fldCharType="begin"/>
    </w:r>
    <w:r>
      <w:rPr>
        <w:sz w:val="20"/>
      </w:rPr>
      <w:instrText>PAGE</w:instrText>
    </w:r>
    <w:r w:rsidR="00730F34">
      <w:rPr>
        <w:sz w:val="20"/>
      </w:rPr>
      <w:fldChar w:fldCharType="separate"/>
    </w:r>
    <w:r w:rsidR="00730F34">
      <w:rPr>
        <w:noProof/>
        <w:sz w:val="20"/>
      </w:rPr>
      <w:t>1</w:t>
    </w:r>
    <w:r>
      <w:rPr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B92E39" w14:textId="77777777" w:rsidR="00736621" w:rsidRDefault="00736621">
      <w:pPr>
        <w:spacing w:line="240" w:lineRule="auto"/>
      </w:pPr>
      <w:r>
        <w:separator/>
      </w:r>
    </w:p>
  </w:footnote>
  <w:footnote w:type="continuationSeparator" w:id="0">
    <w:p w14:paraId="659B98B6" w14:textId="77777777" w:rsidR="00736621" w:rsidRDefault="0073662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76178166">
    <w:abstractNumId w:val="8"/>
  </w:num>
  <w:num w:numId="2" w16cid:durableId="2108109730">
    <w:abstractNumId w:val="6"/>
  </w:num>
  <w:num w:numId="3" w16cid:durableId="1367868277">
    <w:abstractNumId w:val="5"/>
  </w:num>
  <w:num w:numId="4" w16cid:durableId="1501192801">
    <w:abstractNumId w:val="4"/>
  </w:num>
  <w:num w:numId="5" w16cid:durableId="862941853">
    <w:abstractNumId w:val="7"/>
  </w:num>
  <w:num w:numId="6" w16cid:durableId="729694247">
    <w:abstractNumId w:val="3"/>
  </w:num>
  <w:num w:numId="7" w16cid:durableId="1114833184">
    <w:abstractNumId w:val="2"/>
  </w:num>
  <w:num w:numId="8" w16cid:durableId="1591230143">
    <w:abstractNumId w:val="1"/>
  </w:num>
  <w:num w:numId="9" w16cid:durableId="18973489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9269B"/>
    <w:rsid w:val="0015074B"/>
    <w:rsid w:val="0029639D"/>
    <w:rsid w:val="00326F90"/>
    <w:rsid w:val="00730F34"/>
    <w:rsid w:val="00736621"/>
    <w:rsid w:val="007D1941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A6DFFD2"/>
  <w14:defaultImageDpi w14:val="300"/>
  <w15:docId w15:val="{0B145218-C34E-4FD0-BD51-6E647752D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360" w:lineRule="auto"/>
    </w:pPr>
    <w:rPr>
      <w:rFonts w:ascii="Times New Roman" w:eastAsia="Times New Roman" w:hAnsi="Times New Roman"/>
      <w:sz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659</Words>
  <Characters>3758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4409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Курбанмагомедов Арслан Курбанмагомедович</cp:lastModifiedBy>
  <cp:revision>2</cp:revision>
  <dcterms:created xsi:type="dcterms:W3CDTF">2013-12-23T23:15:00Z</dcterms:created>
  <dcterms:modified xsi:type="dcterms:W3CDTF">2026-09-12T00:56:00Z</dcterms:modified>
  <cp:category/>
</cp:coreProperties>
</file>