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51988" w14:textId="77777777" w:rsidR="0041742B" w:rsidRDefault="00000000">
      <w:pPr>
        <w:spacing w:line="240" w:lineRule="auto"/>
        <w:jc w:val="center"/>
      </w:pPr>
      <w:r>
        <w:rPr>
          <w:b/>
          <w:sz w:val="28"/>
        </w:rPr>
        <w:t>REVIEWER REPORT FORM</w:t>
      </w:r>
    </w:p>
    <w:p w14:paraId="5CC17E66" w14:textId="77777777" w:rsidR="0041742B" w:rsidRDefault="00000000">
      <w:pPr>
        <w:spacing w:line="240" w:lineRule="auto"/>
        <w:jc w:val="center"/>
      </w:pPr>
      <w:r>
        <w:t>for manuscripts submitted to the journal “System Technologies”</w:t>
      </w:r>
    </w:p>
    <w:p w14:paraId="061B02F9" w14:textId="77777777" w:rsidR="0041742B" w:rsidRDefault="00000000">
      <w:pPr>
        <w:spacing w:line="240" w:lineRule="auto"/>
        <w:jc w:val="center"/>
      </w:pPr>
      <w:r>
        <w:rPr>
          <w:i/>
          <w:sz w:val="20"/>
        </w:rPr>
        <w:t>Complete the fields in square brackets. This report is intended for the Editorial Office. Only anonymised comments intended for the authors will be shared with them.</w:t>
      </w:r>
    </w:p>
    <w:p w14:paraId="554DBDDB" w14:textId="77777777" w:rsidR="0041742B" w:rsidRDefault="0041742B">
      <w:pPr>
        <w:spacing w:line="240" w:lineRule="auto"/>
        <w:jc w:val="both"/>
      </w:pPr>
    </w:p>
    <w:p w14:paraId="2722B6A3" w14:textId="77777777" w:rsidR="0041742B" w:rsidRDefault="00000000">
      <w:pPr>
        <w:spacing w:line="264" w:lineRule="auto"/>
      </w:pPr>
      <w:r>
        <w:rPr>
          <w:b/>
        </w:rPr>
        <w:t xml:space="preserve">Date of review: </w:t>
      </w:r>
      <w:r>
        <w:t>[DD Month YYYY]</w:t>
      </w:r>
    </w:p>
    <w:p w14:paraId="79C55910" w14:textId="77777777" w:rsidR="0041742B" w:rsidRDefault="00000000">
      <w:pPr>
        <w:spacing w:line="264" w:lineRule="auto"/>
      </w:pPr>
      <w:r>
        <w:rPr>
          <w:b/>
        </w:rPr>
        <w:t xml:space="preserve">Manuscript title: </w:t>
      </w:r>
      <w:r>
        <w:t>[Insert manuscript title]</w:t>
      </w:r>
    </w:p>
    <w:p w14:paraId="22F6B074" w14:textId="77777777" w:rsidR="0041742B" w:rsidRDefault="00000000">
      <w:pPr>
        <w:spacing w:line="264" w:lineRule="auto"/>
      </w:pPr>
      <w:r>
        <w:rPr>
          <w:b/>
        </w:rPr>
        <w:t xml:space="preserve">Article type: </w:t>
      </w:r>
      <w:r>
        <w:t>☐ Research article   ☐ Review article   ☐ Short communication   ☐ Other: [specify]</w:t>
      </w:r>
    </w:p>
    <w:p w14:paraId="6CDC0C82" w14:textId="77777777" w:rsidR="0041742B" w:rsidRDefault="00000000">
      <w:pPr>
        <w:spacing w:line="264" w:lineRule="auto"/>
      </w:pPr>
      <w:r>
        <w:rPr>
          <w:b/>
        </w:rPr>
        <w:t xml:space="preserve">Subject area / discipline: </w:t>
      </w:r>
      <w:r>
        <w:t>[Specify]</w:t>
      </w:r>
    </w:p>
    <w:p w14:paraId="50D8C42C" w14:textId="77777777" w:rsidR="0041742B" w:rsidRDefault="00000000">
      <w:pPr>
        <w:spacing w:line="312" w:lineRule="auto"/>
        <w:jc w:val="center"/>
      </w:pPr>
      <w:r>
        <w:rPr>
          <w:b/>
          <w:sz w:val="26"/>
        </w:rPr>
        <w:t>REVIEWER INFORMATION</w:t>
      </w:r>
    </w:p>
    <w:p w14:paraId="26EAAA05" w14:textId="77777777" w:rsidR="0041742B" w:rsidRDefault="00000000">
      <w:pPr>
        <w:spacing w:line="264" w:lineRule="auto"/>
      </w:pPr>
      <w:r>
        <w:rPr>
          <w:b/>
        </w:rPr>
        <w:t xml:space="preserve">Full name: </w:t>
      </w:r>
      <w:r>
        <w:t>[Full name]</w:t>
      </w:r>
    </w:p>
    <w:p w14:paraId="13895A16" w14:textId="77777777" w:rsidR="0041742B" w:rsidRDefault="00000000">
      <w:pPr>
        <w:spacing w:line="264" w:lineRule="auto"/>
      </w:pPr>
      <w:r>
        <w:rPr>
          <w:b/>
        </w:rPr>
        <w:t xml:space="preserve">Academic degree and title: </w:t>
      </w:r>
      <w:r>
        <w:t>[Specify]</w:t>
      </w:r>
    </w:p>
    <w:p w14:paraId="1751B06C" w14:textId="77777777" w:rsidR="0041742B" w:rsidRDefault="00000000">
      <w:pPr>
        <w:spacing w:line="264" w:lineRule="auto"/>
      </w:pPr>
      <w:r>
        <w:rPr>
          <w:b/>
        </w:rPr>
        <w:t xml:space="preserve">Position and institution: </w:t>
      </w:r>
      <w:r>
        <w:t>[Specify]</w:t>
      </w:r>
    </w:p>
    <w:p w14:paraId="33E9DC14" w14:textId="77777777" w:rsidR="0041742B" w:rsidRDefault="00000000">
      <w:pPr>
        <w:spacing w:line="264" w:lineRule="auto"/>
      </w:pPr>
      <w:r>
        <w:rPr>
          <w:b/>
        </w:rPr>
        <w:t xml:space="preserve">E-mail: </w:t>
      </w:r>
      <w:r>
        <w:t>[Specify]</w:t>
      </w:r>
    </w:p>
    <w:p w14:paraId="2DACB1A0" w14:textId="77777777" w:rsidR="0041742B" w:rsidRDefault="00000000">
      <w:pPr>
        <w:spacing w:line="264" w:lineRule="auto"/>
      </w:pPr>
      <w:r>
        <w:rPr>
          <w:b/>
        </w:rPr>
        <w:t xml:space="preserve">ORCID / ResearcherID (if available): </w:t>
      </w:r>
      <w:r>
        <w:t>[Specify]</w:t>
      </w:r>
    </w:p>
    <w:p w14:paraId="5527101B" w14:textId="77777777" w:rsidR="0041742B" w:rsidRDefault="00000000">
      <w:pPr>
        <w:spacing w:line="264" w:lineRule="auto"/>
      </w:pPr>
      <w:r>
        <w:rPr>
          <w:b/>
        </w:rPr>
        <w:t xml:space="preserve">Area of expertise: </w:t>
      </w:r>
      <w:r>
        <w:t>[Specify]</w:t>
      </w:r>
    </w:p>
    <w:p w14:paraId="56A1B280" w14:textId="77777777" w:rsidR="0041742B" w:rsidRDefault="00000000">
      <w:pPr>
        <w:spacing w:line="312" w:lineRule="auto"/>
        <w:jc w:val="center"/>
      </w:pPr>
      <w:r>
        <w:rPr>
          <w:b/>
          <w:sz w:val="26"/>
        </w:rPr>
        <w:t>REVIEWER DECLARATION</w:t>
      </w:r>
    </w:p>
    <w:p w14:paraId="1449B869" w14:textId="77777777" w:rsidR="0041742B" w:rsidRDefault="00000000">
      <w:pPr>
        <w:spacing w:line="264" w:lineRule="auto"/>
      </w:pPr>
      <w:r>
        <w:rPr>
          <w:sz w:val="22"/>
        </w:rPr>
        <w:t>☐ I confirm that I have sufficient expertise to assess this manuscript.</w:t>
      </w:r>
    </w:p>
    <w:p w14:paraId="6B345ACD" w14:textId="77777777" w:rsidR="0041742B" w:rsidRDefault="00000000">
      <w:pPr>
        <w:spacing w:line="264" w:lineRule="auto"/>
      </w:pPr>
      <w:r>
        <w:rPr>
          <w:sz w:val="22"/>
        </w:rPr>
        <w:t>☐ I confirm that I have no actual or potential conflict of interest with the authors, their institutions, or the findings reported in this manuscript.</w:t>
      </w:r>
    </w:p>
    <w:p w14:paraId="528C4F53" w14:textId="77777777" w:rsidR="0041742B" w:rsidRDefault="00000000">
      <w:pPr>
        <w:spacing w:line="264" w:lineRule="auto"/>
      </w:pPr>
      <w:r>
        <w:rPr>
          <w:sz w:val="22"/>
        </w:rPr>
        <w:t>☐ If I have a conflict of interest, I describe it below and ask the Editorial Office to determine whether I may continue with this review.</w:t>
      </w:r>
    </w:p>
    <w:p w14:paraId="6BCC0FDF" w14:textId="77777777" w:rsidR="0041742B" w:rsidRDefault="00000000">
      <w:pPr>
        <w:spacing w:line="264" w:lineRule="auto"/>
      </w:pPr>
      <w:r>
        <w:rPr>
          <w:sz w:val="22"/>
        </w:rPr>
        <w:t>☐ I undertake to keep the manuscript confidential, not to share it with third parties, and not to use unpublished information for personal, academic, or commercial benefit.</w:t>
      </w:r>
    </w:p>
    <w:p w14:paraId="0E89CD5C" w14:textId="77777777" w:rsidR="0041742B" w:rsidRDefault="00000000">
      <w:pPr>
        <w:spacing w:line="264" w:lineRule="auto"/>
      </w:pPr>
      <w:r>
        <w:rPr>
          <w:sz w:val="22"/>
        </w:rPr>
        <w:t>☐ I have not uploaded and will not upload the manuscript or substantial portions of it to publicly available generative AI systems.</w:t>
      </w:r>
    </w:p>
    <w:p w14:paraId="5797F2E6" w14:textId="77777777" w:rsidR="0041742B" w:rsidRDefault="00000000">
      <w:pPr>
        <w:spacing w:line="264" w:lineRule="auto"/>
      </w:pPr>
      <w:r>
        <w:rPr>
          <w:b/>
        </w:rPr>
        <w:t xml:space="preserve">Conflict-of-interest comment (if applicable): </w:t>
      </w:r>
      <w:r>
        <w:t>[Specify / none]</w:t>
      </w:r>
    </w:p>
    <w:p w14:paraId="7B4E4F65" w14:textId="77777777" w:rsidR="0041742B" w:rsidRDefault="00000000">
      <w:pPr>
        <w:spacing w:line="312" w:lineRule="auto"/>
        <w:jc w:val="center"/>
      </w:pPr>
      <w:r>
        <w:rPr>
          <w:b/>
          <w:sz w:val="26"/>
        </w:rPr>
        <w:t>MANUSCRIPT ASSESSMENT</w:t>
      </w:r>
    </w:p>
    <w:p w14:paraId="0648E0D6" w14:textId="77777777" w:rsidR="0041742B" w:rsidRDefault="00000000">
      <w:pPr>
        <w:spacing w:line="240" w:lineRule="auto"/>
      </w:pPr>
      <w:r>
        <w:rPr>
          <w:i/>
          <w:sz w:val="20"/>
        </w:rPr>
        <w:t>Select one score for each item: 5 — excellent; 4 — good; 3 — acceptable; 2 — major revision required; 1 — unacceptable.</w:t>
      </w:r>
    </w:p>
    <w:tbl>
      <w:tblPr>
        <w:tblStyle w:val="TableGrid"/>
        <w:tblW w:w="0" w:type="auto"/>
        <w:jc w:val="center"/>
        <w:tblLook w:val="04A0" w:firstRow="1" w:lastRow="0" w:firstColumn="1" w:lastColumn="0" w:noHBand="0" w:noVBand="1"/>
      </w:tblPr>
      <w:tblGrid>
        <w:gridCol w:w="1425"/>
        <w:gridCol w:w="1425"/>
        <w:gridCol w:w="1425"/>
        <w:gridCol w:w="1425"/>
        <w:gridCol w:w="1425"/>
        <w:gridCol w:w="1425"/>
        <w:gridCol w:w="1425"/>
      </w:tblGrid>
      <w:tr w:rsidR="0041742B" w14:paraId="280D3095" w14:textId="77777777">
        <w:trPr>
          <w:jc w:val="center"/>
        </w:trPr>
        <w:tc>
          <w:tcPr>
            <w:tcW w:w="1425" w:type="dxa"/>
            <w:shd w:val="clear" w:color="auto" w:fill="D9EAF7"/>
            <w:vAlign w:val="center"/>
          </w:tcPr>
          <w:p w14:paraId="34E6310F" w14:textId="77777777" w:rsidR="0041742B" w:rsidRDefault="00000000">
            <w:pPr>
              <w:spacing w:line="240" w:lineRule="auto"/>
            </w:pPr>
            <w:r>
              <w:rPr>
                <w:b/>
                <w:sz w:val="18"/>
              </w:rPr>
              <w:t>Criterion</w:t>
            </w:r>
          </w:p>
        </w:tc>
        <w:tc>
          <w:tcPr>
            <w:tcW w:w="1425" w:type="dxa"/>
            <w:shd w:val="clear" w:color="auto" w:fill="D9EAF7"/>
            <w:vAlign w:val="center"/>
          </w:tcPr>
          <w:p w14:paraId="7DF4D294" w14:textId="77777777" w:rsidR="0041742B" w:rsidRDefault="00000000">
            <w:pPr>
              <w:spacing w:line="240" w:lineRule="auto"/>
              <w:jc w:val="center"/>
            </w:pPr>
            <w:r>
              <w:rPr>
                <w:b/>
                <w:sz w:val="18"/>
              </w:rPr>
              <w:t>5</w:t>
            </w:r>
          </w:p>
        </w:tc>
        <w:tc>
          <w:tcPr>
            <w:tcW w:w="1425" w:type="dxa"/>
            <w:shd w:val="clear" w:color="auto" w:fill="D9EAF7"/>
            <w:vAlign w:val="center"/>
          </w:tcPr>
          <w:p w14:paraId="343F7892" w14:textId="77777777" w:rsidR="0041742B" w:rsidRDefault="00000000">
            <w:pPr>
              <w:spacing w:line="240" w:lineRule="auto"/>
              <w:jc w:val="center"/>
            </w:pPr>
            <w:r>
              <w:rPr>
                <w:b/>
                <w:sz w:val="18"/>
              </w:rPr>
              <w:t>4</w:t>
            </w:r>
          </w:p>
        </w:tc>
        <w:tc>
          <w:tcPr>
            <w:tcW w:w="1425" w:type="dxa"/>
            <w:shd w:val="clear" w:color="auto" w:fill="D9EAF7"/>
            <w:vAlign w:val="center"/>
          </w:tcPr>
          <w:p w14:paraId="020135CF" w14:textId="77777777" w:rsidR="0041742B" w:rsidRDefault="00000000">
            <w:pPr>
              <w:spacing w:line="240" w:lineRule="auto"/>
              <w:jc w:val="center"/>
            </w:pPr>
            <w:r>
              <w:rPr>
                <w:b/>
                <w:sz w:val="18"/>
              </w:rPr>
              <w:t>3</w:t>
            </w:r>
          </w:p>
        </w:tc>
        <w:tc>
          <w:tcPr>
            <w:tcW w:w="1425" w:type="dxa"/>
            <w:shd w:val="clear" w:color="auto" w:fill="D9EAF7"/>
            <w:vAlign w:val="center"/>
          </w:tcPr>
          <w:p w14:paraId="037A0598" w14:textId="77777777" w:rsidR="0041742B" w:rsidRDefault="00000000">
            <w:pPr>
              <w:spacing w:line="240" w:lineRule="auto"/>
              <w:jc w:val="center"/>
            </w:pPr>
            <w:r>
              <w:rPr>
                <w:b/>
                <w:sz w:val="18"/>
              </w:rPr>
              <w:t>2</w:t>
            </w:r>
          </w:p>
        </w:tc>
        <w:tc>
          <w:tcPr>
            <w:tcW w:w="1425" w:type="dxa"/>
            <w:shd w:val="clear" w:color="auto" w:fill="D9EAF7"/>
            <w:vAlign w:val="center"/>
          </w:tcPr>
          <w:p w14:paraId="7B353EF5" w14:textId="77777777" w:rsidR="0041742B" w:rsidRDefault="00000000">
            <w:pPr>
              <w:spacing w:line="240" w:lineRule="auto"/>
              <w:jc w:val="center"/>
            </w:pPr>
            <w:r>
              <w:rPr>
                <w:b/>
                <w:sz w:val="18"/>
              </w:rPr>
              <w:t>1</w:t>
            </w:r>
          </w:p>
        </w:tc>
        <w:tc>
          <w:tcPr>
            <w:tcW w:w="1425" w:type="dxa"/>
            <w:shd w:val="clear" w:color="auto" w:fill="D9EAF7"/>
            <w:vAlign w:val="center"/>
          </w:tcPr>
          <w:p w14:paraId="44BD2A51" w14:textId="77777777" w:rsidR="0041742B" w:rsidRDefault="00000000">
            <w:pPr>
              <w:spacing w:line="240" w:lineRule="auto"/>
            </w:pPr>
            <w:r>
              <w:rPr>
                <w:b/>
                <w:sz w:val="18"/>
              </w:rPr>
              <w:t>Comment</w:t>
            </w:r>
          </w:p>
        </w:tc>
      </w:tr>
      <w:tr w:rsidR="0041742B" w14:paraId="3BD1E89A" w14:textId="77777777">
        <w:trPr>
          <w:jc w:val="center"/>
        </w:trPr>
        <w:tc>
          <w:tcPr>
            <w:tcW w:w="1425" w:type="dxa"/>
            <w:vAlign w:val="center"/>
          </w:tcPr>
          <w:p w14:paraId="1D0D7EBA" w14:textId="77777777" w:rsidR="0041742B" w:rsidRDefault="00000000">
            <w:pPr>
              <w:spacing w:line="240" w:lineRule="auto"/>
            </w:pPr>
            <w:r>
              <w:rPr>
                <w:sz w:val="16"/>
              </w:rPr>
              <w:t>Consistency with the journal’s scope</w:t>
            </w:r>
          </w:p>
        </w:tc>
        <w:tc>
          <w:tcPr>
            <w:tcW w:w="1425" w:type="dxa"/>
            <w:vAlign w:val="center"/>
          </w:tcPr>
          <w:p w14:paraId="29C35AB2" w14:textId="77777777" w:rsidR="0041742B" w:rsidRDefault="00000000">
            <w:pPr>
              <w:spacing w:line="240" w:lineRule="auto"/>
              <w:jc w:val="center"/>
            </w:pPr>
            <w:r>
              <w:rPr>
                <w:sz w:val="20"/>
              </w:rPr>
              <w:t>☐</w:t>
            </w:r>
          </w:p>
        </w:tc>
        <w:tc>
          <w:tcPr>
            <w:tcW w:w="1425" w:type="dxa"/>
            <w:vAlign w:val="center"/>
          </w:tcPr>
          <w:p w14:paraId="467B3030" w14:textId="77777777" w:rsidR="0041742B" w:rsidRDefault="00000000">
            <w:pPr>
              <w:spacing w:line="240" w:lineRule="auto"/>
              <w:jc w:val="center"/>
            </w:pPr>
            <w:r>
              <w:rPr>
                <w:sz w:val="20"/>
              </w:rPr>
              <w:t>☐</w:t>
            </w:r>
          </w:p>
        </w:tc>
        <w:tc>
          <w:tcPr>
            <w:tcW w:w="1425" w:type="dxa"/>
            <w:vAlign w:val="center"/>
          </w:tcPr>
          <w:p w14:paraId="7EF46CE3" w14:textId="77777777" w:rsidR="0041742B" w:rsidRDefault="00000000">
            <w:pPr>
              <w:spacing w:line="240" w:lineRule="auto"/>
              <w:jc w:val="center"/>
            </w:pPr>
            <w:r>
              <w:rPr>
                <w:sz w:val="20"/>
              </w:rPr>
              <w:t>☐</w:t>
            </w:r>
          </w:p>
        </w:tc>
        <w:tc>
          <w:tcPr>
            <w:tcW w:w="1425" w:type="dxa"/>
            <w:vAlign w:val="center"/>
          </w:tcPr>
          <w:p w14:paraId="02023D4D" w14:textId="77777777" w:rsidR="0041742B" w:rsidRDefault="00000000">
            <w:pPr>
              <w:spacing w:line="240" w:lineRule="auto"/>
              <w:jc w:val="center"/>
            </w:pPr>
            <w:r>
              <w:rPr>
                <w:sz w:val="20"/>
              </w:rPr>
              <w:t>☐</w:t>
            </w:r>
          </w:p>
        </w:tc>
        <w:tc>
          <w:tcPr>
            <w:tcW w:w="1425" w:type="dxa"/>
            <w:vAlign w:val="center"/>
          </w:tcPr>
          <w:p w14:paraId="2AF657C4" w14:textId="77777777" w:rsidR="0041742B" w:rsidRDefault="00000000">
            <w:pPr>
              <w:spacing w:line="240" w:lineRule="auto"/>
              <w:jc w:val="center"/>
            </w:pPr>
            <w:r>
              <w:rPr>
                <w:sz w:val="20"/>
              </w:rPr>
              <w:t>☐</w:t>
            </w:r>
          </w:p>
        </w:tc>
        <w:tc>
          <w:tcPr>
            <w:tcW w:w="1425" w:type="dxa"/>
            <w:vAlign w:val="center"/>
          </w:tcPr>
          <w:p w14:paraId="4791B4CD" w14:textId="77777777" w:rsidR="0041742B" w:rsidRDefault="00000000">
            <w:pPr>
              <w:spacing w:line="240" w:lineRule="auto"/>
            </w:pPr>
            <w:r>
              <w:rPr>
                <w:sz w:val="16"/>
              </w:rPr>
              <w:t>[if needed]</w:t>
            </w:r>
          </w:p>
        </w:tc>
      </w:tr>
      <w:tr w:rsidR="0041742B" w14:paraId="33B70DF4" w14:textId="77777777">
        <w:trPr>
          <w:jc w:val="center"/>
        </w:trPr>
        <w:tc>
          <w:tcPr>
            <w:tcW w:w="1425" w:type="dxa"/>
            <w:vAlign w:val="center"/>
          </w:tcPr>
          <w:p w14:paraId="7ED52466" w14:textId="77777777" w:rsidR="0041742B" w:rsidRDefault="00000000">
            <w:pPr>
              <w:spacing w:line="240" w:lineRule="auto"/>
            </w:pPr>
            <w:r>
              <w:rPr>
                <w:sz w:val="16"/>
              </w:rPr>
              <w:t>Relevance and scientific significance of the topic</w:t>
            </w:r>
          </w:p>
        </w:tc>
        <w:tc>
          <w:tcPr>
            <w:tcW w:w="1425" w:type="dxa"/>
            <w:vAlign w:val="center"/>
          </w:tcPr>
          <w:p w14:paraId="51E24FB2" w14:textId="77777777" w:rsidR="0041742B" w:rsidRDefault="00000000">
            <w:pPr>
              <w:spacing w:line="240" w:lineRule="auto"/>
              <w:jc w:val="center"/>
            </w:pPr>
            <w:r>
              <w:rPr>
                <w:sz w:val="20"/>
              </w:rPr>
              <w:t>☐</w:t>
            </w:r>
          </w:p>
        </w:tc>
        <w:tc>
          <w:tcPr>
            <w:tcW w:w="1425" w:type="dxa"/>
            <w:vAlign w:val="center"/>
          </w:tcPr>
          <w:p w14:paraId="72183634" w14:textId="77777777" w:rsidR="0041742B" w:rsidRDefault="00000000">
            <w:pPr>
              <w:spacing w:line="240" w:lineRule="auto"/>
              <w:jc w:val="center"/>
            </w:pPr>
            <w:r>
              <w:rPr>
                <w:sz w:val="20"/>
              </w:rPr>
              <w:t>☐</w:t>
            </w:r>
          </w:p>
        </w:tc>
        <w:tc>
          <w:tcPr>
            <w:tcW w:w="1425" w:type="dxa"/>
            <w:vAlign w:val="center"/>
          </w:tcPr>
          <w:p w14:paraId="25E4613A" w14:textId="77777777" w:rsidR="0041742B" w:rsidRDefault="00000000">
            <w:pPr>
              <w:spacing w:line="240" w:lineRule="auto"/>
              <w:jc w:val="center"/>
            </w:pPr>
            <w:r>
              <w:rPr>
                <w:sz w:val="20"/>
              </w:rPr>
              <w:t>☐</w:t>
            </w:r>
          </w:p>
        </w:tc>
        <w:tc>
          <w:tcPr>
            <w:tcW w:w="1425" w:type="dxa"/>
            <w:vAlign w:val="center"/>
          </w:tcPr>
          <w:p w14:paraId="4572BD1F" w14:textId="77777777" w:rsidR="0041742B" w:rsidRDefault="00000000">
            <w:pPr>
              <w:spacing w:line="240" w:lineRule="auto"/>
              <w:jc w:val="center"/>
            </w:pPr>
            <w:r>
              <w:rPr>
                <w:sz w:val="20"/>
              </w:rPr>
              <w:t>☐</w:t>
            </w:r>
          </w:p>
        </w:tc>
        <w:tc>
          <w:tcPr>
            <w:tcW w:w="1425" w:type="dxa"/>
            <w:vAlign w:val="center"/>
          </w:tcPr>
          <w:p w14:paraId="5DCE19F0" w14:textId="77777777" w:rsidR="0041742B" w:rsidRDefault="00000000">
            <w:pPr>
              <w:spacing w:line="240" w:lineRule="auto"/>
              <w:jc w:val="center"/>
            </w:pPr>
            <w:r>
              <w:rPr>
                <w:sz w:val="20"/>
              </w:rPr>
              <w:t>☐</w:t>
            </w:r>
          </w:p>
        </w:tc>
        <w:tc>
          <w:tcPr>
            <w:tcW w:w="1425" w:type="dxa"/>
            <w:vAlign w:val="center"/>
          </w:tcPr>
          <w:p w14:paraId="46C5F78F" w14:textId="77777777" w:rsidR="0041742B" w:rsidRDefault="00000000">
            <w:pPr>
              <w:spacing w:line="240" w:lineRule="auto"/>
            </w:pPr>
            <w:r>
              <w:rPr>
                <w:sz w:val="16"/>
              </w:rPr>
              <w:t>[if needed]</w:t>
            </w:r>
          </w:p>
        </w:tc>
      </w:tr>
      <w:tr w:rsidR="0041742B" w14:paraId="2B73B088" w14:textId="77777777">
        <w:trPr>
          <w:jc w:val="center"/>
        </w:trPr>
        <w:tc>
          <w:tcPr>
            <w:tcW w:w="1425" w:type="dxa"/>
            <w:vAlign w:val="center"/>
          </w:tcPr>
          <w:p w14:paraId="109F1DCA" w14:textId="77777777" w:rsidR="0041742B" w:rsidRDefault="00000000">
            <w:pPr>
              <w:spacing w:line="240" w:lineRule="auto"/>
            </w:pPr>
            <w:r>
              <w:rPr>
                <w:sz w:val="16"/>
              </w:rPr>
              <w:t>Scientific novelty and originality of the findings</w:t>
            </w:r>
          </w:p>
        </w:tc>
        <w:tc>
          <w:tcPr>
            <w:tcW w:w="1425" w:type="dxa"/>
            <w:vAlign w:val="center"/>
          </w:tcPr>
          <w:p w14:paraId="4346812F" w14:textId="77777777" w:rsidR="0041742B" w:rsidRDefault="00000000">
            <w:pPr>
              <w:spacing w:line="240" w:lineRule="auto"/>
              <w:jc w:val="center"/>
            </w:pPr>
            <w:r>
              <w:rPr>
                <w:sz w:val="20"/>
              </w:rPr>
              <w:t>☐</w:t>
            </w:r>
          </w:p>
        </w:tc>
        <w:tc>
          <w:tcPr>
            <w:tcW w:w="1425" w:type="dxa"/>
            <w:vAlign w:val="center"/>
          </w:tcPr>
          <w:p w14:paraId="02D6C7C3" w14:textId="77777777" w:rsidR="0041742B" w:rsidRDefault="00000000">
            <w:pPr>
              <w:spacing w:line="240" w:lineRule="auto"/>
              <w:jc w:val="center"/>
            </w:pPr>
            <w:r>
              <w:rPr>
                <w:sz w:val="20"/>
              </w:rPr>
              <w:t>☐</w:t>
            </w:r>
          </w:p>
        </w:tc>
        <w:tc>
          <w:tcPr>
            <w:tcW w:w="1425" w:type="dxa"/>
            <w:vAlign w:val="center"/>
          </w:tcPr>
          <w:p w14:paraId="04BA3599" w14:textId="77777777" w:rsidR="0041742B" w:rsidRDefault="00000000">
            <w:pPr>
              <w:spacing w:line="240" w:lineRule="auto"/>
              <w:jc w:val="center"/>
            </w:pPr>
            <w:r>
              <w:rPr>
                <w:sz w:val="20"/>
              </w:rPr>
              <w:t>☐</w:t>
            </w:r>
          </w:p>
        </w:tc>
        <w:tc>
          <w:tcPr>
            <w:tcW w:w="1425" w:type="dxa"/>
            <w:vAlign w:val="center"/>
          </w:tcPr>
          <w:p w14:paraId="76A6D312" w14:textId="77777777" w:rsidR="0041742B" w:rsidRDefault="00000000">
            <w:pPr>
              <w:spacing w:line="240" w:lineRule="auto"/>
              <w:jc w:val="center"/>
            </w:pPr>
            <w:r>
              <w:rPr>
                <w:sz w:val="20"/>
              </w:rPr>
              <w:t>☐</w:t>
            </w:r>
          </w:p>
        </w:tc>
        <w:tc>
          <w:tcPr>
            <w:tcW w:w="1425" w:type="dxa"/>
            <w:vAlign w:val="center"/>
          </w:tcPr>
          <w:p w14:paraId="78FC5BFA" w14:textId="77777777" w:rsidR="0041742B" w:rsidRDefault="00000000">
            <w:pPr>
              <w:spacing w:line="240" w:lineRule="auto"/>
              <w:jc w:val="center"/>
            </w:pPr>
            <w:r>
              <w:rPr>
                <w:sz w:val="20"/>
              </w:rPr>
              <w:t>☐</w:t>
            </w:r>
          </w:p>
        </w:tc>
        <w:tc>
          <w:tcPr>
            <w:tcW w:w="1425" w:type="dxa"/>
            <w:vAlign w:val="center"/>
          </w:tcPr>
          <w:p w14:paraId="04617FE2" w14:textId="77777777" w:rsidR="0041742B" w:rsidRDefault="00000000">
            <w:pPr>
              <w:spacing w:line="240" w:lineRule="auto"/>
            </w:pPr>
            <w:r>
              <w:rPr>
                <w:sz w:val="16"/>
              </w:rPr>
              <w:t>[if needed]</w:t>
            </w:r>
          </w:p>
        </w:tc>
      </w:tr>
      <w:tr w:rsidR="0041742B" w14:paraId="7207BC6B" w14:textId="77777777">
        <w:trPr>
          <w:jc w:val="center"/>
        </w:trPr>
        <w:tc>
          <w:tcPr>
            <w:tcW w:w="1425" w:type="dxa"/>
            <w:vAlign w:val="center"/>
          </w:tcPr>
          <w:p w14:paraId="10482A6D" w14:textId="77777777" w:rsidR="0041742B" w:rsidRDefault="00000000">
            <w:pPr>
              <w:spacing w:line="240" w:lineRule="auto"/>
            </w:pPr>
            <w:r>
              <w:rPr>
                <w:sz w:val="16"/>
              </w:rPr>
              <w:t>Clarity of the aim, objectives, and manuscript structure</w:t>
            </w:r>
          </w:p>
        </w:tc>
        <w:tc>
          <w:tcPr>
            <w:tcW w:w="1425" w:type="dxa"/>
            <w:vAlign w:val="center"/>
          </w:tcPr>
          <w:p w14:paraId="3B9042FB" w14:textId="77777777" w:rsidR="0041742B" w:rsidRDefault="00000000">
            <w:pPr>
              <w:spacing w:line="240" w:lineRule="auto"/>
              <w:jc w:val="center"/>
            </w:pPr>
            <w:r>
              <w:rPr>
                <w:sz w:val="20"/>
              </w:rPr>
              <w:t>☐</w:t>
            </w:r>
          </w:p>
        </w:tc>
        <w:tc>
          <w:tcPr>
            <w:tcW w:w="1425" w:type="dxa"/>
            <w:vAlign w:val="center"/>
          </w:tcPr>
          <w:p w14:paraId="2866778B" w14:textId="77777777" w:rsidR="0041742B" w:rsidRDefault="00000000">
            <w:pPr>
              <w:spacing w:line="240" w:lineRule="auto"/>
              <w:jc w:val="center"/>
            </w:pPr>
            <w:r>
              <w:rPr>
                <w:sz w:val="20"/>
              </w:rPr>
              <w:t>☐</w:t>
            </w:r>
          </w:p>
        </w:tc>
        <w:tc>
          <w:tcPr>
            <w:tcW w:w="1425" w:type="dxa"/>
            <w:vAlign w:val="center"/>
          </w:tcPr>
          <w:p w14:paraId="7E04D999" w14:textId="77777777" w:rsidR="0041742B" w:rsidRDefault="00000000">
            <w:pPr>
              <w:spacing w:line="240" w:lineRule="auto"/>
              <w:jc w:val="center"/>
            </w:pPr>
            <w:r>
              <w:rPr>
                <w:sz w:val="20"/>
              </w:rPr>
              <w:t>☐</w:t>
            </w:r>
          </w:p>
        </w:tc>
        <w:tc>
          <w:tcPr>
            <w:tcW w:w="1425" w:type="dxa"/>
            <w:vAlign w:val="center"/>
          </w:tcPr>
          <w:p w14:paraId="1B1CB513" w14:textId="77777777" w:rsidR="0041742B" w:rsidRDefault="00000000">
            <w:pPr>
              <w:spacing w:line="240" w:lineRule="auto"/>
              <w:jc w:val="center"/>
            </w:pPr>
            <w:r>
              <w:rPr>
                <w:sz w:val="20"/>
              </w:rPr>
              <w:t>☐</w:t>
            </w:r>
          </w:p>
        </w:tc>
        <w:tc>
          <w:tcPr>
            <w:tcW w:w="1425" w:type="dxa"/>
            <w:vAlign w:val="center"/>
          </w:tcPr>
          <w:p w14:paraId="375B625C" w14:textId="77777777" w:rsidR="0041742B" w:rsidRDefault="00000000">
            <w:pPr>
              <w:spacing w:line="240" w:lineRule="auto"/>
              <w:jc w:val="center"/>
            </w:pPr>
            <w:r>
              <w:rPr>
                <w:sz w:val="20"/>
              </w:rPr>
              <w:t>☐</w:t>
            </w:r>
          </w:p>
        </w:tc>
        <w:tc>
          <w:tcPr>
            <w:tcW w:w="1425" w:type="dxa"/>
            <w:vAlign w:val="center"/>
          </w:tcPr>
          <w:p w14:paraId="47D92FB3" w14:textId="77777777" w:rsidR="0041742B" w:rsidRDefault="00000000">
            <w:pPr>
              <w:spacing w:line="240" w:lineRule="auto"/>
            </w:pPr>
            <w:r>
              <w:rPr>
                <w:sz w:val="16"/>
              </w:rPr>
              <w:t>[if needed]</w:t>
            </w:r>
          </w:p>
        </w:tc>
      </w:tr>
      <w:tr w:rsidR="0041742B" w14:paraId="644A7457" w14:textId="77777777">
        <w:trPr>
          <w:jc w:val="center"/>
        </w:trPr>
        <w:tc>
          <w:tcPr>
            <w:tcW w:w="1425" w:type="dxa"/>
            <w:vAlign w:val="center"/>
          </w:tcPr>
          <w:p w14:paraId="2DD43F45" w14:textId="77777777" w:rsidR="0041742B" w:rsidRDefault="00000000">
            <w:pPr>
              <w:spacing w:line="240" w:lineRule="auto"/>
            </w:pPr>
            <w:r>
              <w:rPr>
                <w:sz w:val="16"/>
              </w:rPr>
              <w:t>Soundness and adequacy of the methodology</w:t>
            </w:r>
          </w:p>
        </w:tc>
        <w:tc>
          <w:tcPr>
            <w:tcW w:w="1425" w:type="dxa"/>
            <w:vAlign w:val="center"/>
          </w:tcPr>
          <w:p w14:paraId="428C1135" w14:textId="77777777" w:rsidR="0041742B" w:rsidRDefault="00000000">
            <w:pPr>
              <w:spacing w:line="240" w:lineRule="auto"/>
              <w:jc w:val="center"/>
            </w:pPr>
            <w:r>
              <w:rPr>
                <w:sz w:val="20"/>
              </w:rPr>
              <w:t>☐</w:t>
            </w:r>
          </w:p>
        </w:tc>
        <w:tc>
          <w:tcPr>
            <w:tcW w:w="1425" w:type="dxa"/>
            <w:vAlign w:val="center"/>
          </w:tcPr>
          <w:p w14:paraId="127D019D" w14:textId="77777777" w:rsidR="0041742B" w:rsidRDefault="00000000">
            <w:pPr>
              <w:spacing w:line="240" w:lineRule="auto"/>
              <w:jc w:val="center"/>
            </w:pPr>
            <w:r>
              <w:rPr>
                <w:sz w:val="20"/>
              </w:rPr>
              <w:t>☐</w:t>
            </w:r>
          </w:p>
        </w:tc>
        <w:tc>
          <w:tcPr>
            <w:tcW w:w="1425" w:type="dxa"/>
            <w:vAlign w:val="center"/>
          </w:tcPr>
          <w:p w14:paraId="60B391F7" w14:textId="77777777" w:rsidR="0041742B" w:rsidRDefault="00000000">
            <w:pPr>
              <w:spacing w:line="240" w:lineRule="auto"/>
              <w:jc w:val="center"/>
            </w:pPr>
            <w:r>
              <w:rPr>
                <w:sz w:val="20"/>
              </w:rPr>
              <w:t>☐</w:t>
            </w:r>
          </w:p>
        </w:tc>
        <w:tc>
          <w:tcPr>
            <w:tcW w:w="1425" w:type="dxa"/>
            <w:vAlign w:val="center"/>
          </w:tcPr>
          <w:p w14:paraId="63F397D4" w14:textId="77777777" w:rsidR="0041742B" w:rsidRDefault="00000000">
            <w:pPr>
              <w:spacing w:line="240" w:lineRule="auto"/>
              <w:jc w:val="center"/>
            </w:pPr>
            <w:r>
              <w:rPr>
                <w:sz w:val="20"/>
              </w:rPr>
              <w:t>☐</w:t>
            </w:r>
          </w:p>
        </w:tc>
        <w:tc>
          <w:tcPr>
            <w:tcW w:w="1425" w:type="dxa"/>
            <w:vAlign w:val="center"/>
          </w:tcPr>
          <w:p w14:paraId="13149DD3" w14:textId="77777777" w:rsidR="0041742B" w:rsidRDefault="00000000">
            <w:pPr>
              <w:spacing w:line="240" w:lineRule="auto"/>
              <w:jc w:val="center"/>
            </w:pPr>
            <w:r>
              <w:rPr>
                <w:sz w:val="20"/>
              </w:rPr>
              <w:t>☐</w:t>
            </w:r>
          </w:p>
        </w:tc>
        <w:tc>
          <w:tcPr>
            <w:tcW w:w="1425" w:type="dxa"/>
            <w:vAlign w:val="center"/>
          </w:tcPr>
          <w:p w14:paraId="18F75A28" w14:textId="77777777" w:rsidR="0041742B" w:rsidRDefault="00000000">
            <w:pPr>
              <w:spacing w:line="240" w:lineRule="auto"/>
            </w:pPr>
            <w:r>
              <w:rPr>
                <w:sz w:val="16"/>
              </w:rPr>
              <w:t>[if needed]</w:t>
            </w:r>
          </w:p>
        </w:tc>
      </w:tr>
      <w:tr w:rsidR="0041742B" w14:paraId="0705E97C" w14:textId="77777777">
        <w:trPr>
          <w:jc w:val="center"/>
        </w:trPr>
        <w:tc>
          <w:tcPr>
            <w:tcW w:w="1425" w:type="dxa"/>
            <w:vAlign w:val="center"/>
          </w:tcPr>
          <w:p w14:paraId="175E1635" w14:textId="77777777" w:rsidR="0041742B" w:rsidRDefault="00000000">
            <w:pPr>
              <w:spacing w:line="240" w:lineRule="auto"/>
            </w:pPr>
            <w:r>
              <w:rPr>
                <w:sz w:val="16"/>
              </w:rPr>
              <w:t>Reliability of data, calculations, and results</w:t>
            </w:r>
          </w:p>
        </w:tc>
        <w:tc>
          <w:tcPr>
            <w:tcW w:w="1425" w:type="dxa"/>
            <w:vAlign w:val="center"/>
          </w:tcPr>
          <w:p w14:paraId="0F86B89D" w14:textId="77777777" w:rsidR="0041742B" w:rsidRDefault="00000000">
            <w:pPr>
              <w:spacing w:line="240" w:lineRule="auto"/>
              <w:jc w:val="center"/>
            </w:pPr>
            <w:r>
              <w:rPr>
                <w:sz w:val="20"/>
              </w:rPr>
              <w:t>☐</w:t>
            </w:r>
          </w:p>
        </w:tc>
        <w:tc>
          <w:tcPr>
            <w:tcW w:w="1425" w:type="dxa"/>
            <w:vAlign w:val="center"/>
          </w:tcPr>
          <w:p w14:paraId="3E650BD8" w14:textId="77777777" w:rsidR="0041742B" w:rsidRDefault="00000000">
            <w:pPr>
              <w:spacing w:line="240" w:lineRule="auto"/>
              <w:jc w:val="center"/>
            </w:pPr>
            <w:r>
              <w:rPr>
                <w:sz w:val="20"/>
              </w:rPr>
              <w:t>☐</w:t>
            </w:r>
          </w:p>
        </w:tc>
        <w:tc>
          <w:tcPr>
            <w:tcW w:w="1425" w:type="dxa"/>
            <w:vAlign w:val="center"/>
          </w:tcPr>
          <w:p w14:paraId="458428C6" w14:textId="77777777" w:rsidR="0041742B" w:rsidRDefault="00000000">
            <w:pPr>
              <w:spacing w:line="240" w:lineRule="auto"/>
              <w:jc w:val="center"/>
            </w:pPr>
            <w:r>
              <w:rPr>
                <w:sz w:val="20"/>
              </w:rPr>
              <w:t>☐</w:t>
            </w:r>
          </w:p>
        </w:tc>
        <w:tc>
          <w:tcPr>
            <w:tcW w:w="1425" w:type="dxa"/>
            <w:vAlign w:val="center"/>
          </w:tcPr>
          <w:p w14:paraId="7A1CFC75" w14:textId="77777777" w:rsidR="0041742B" w:rsidRDefault="00000000">
            <w:pPr>
              <w:spacing w:line="240" w:lineRule="auto"/>
              <w:jc w:val="center"/>
            </w:pPr>
            <w:r>
              <w:rPr>
                <w:sz w:val="20"/>
              </w:rPr>
              <w:t>☐</w:t>
            </w:r>
          </w:p>
        </w:tc>
        <w:tc>
          <w:tcPr>
            <w:tcW w:w="1425" w:type="dxa"/>
            <w:vAlign w:val="center"/>
          </w:tcPr>
          <w:p w14:paraId="450E0E1D" w14:textId="77777777" w:rsidR="0041742B" w:rsidRDefault="00000000">
            <w:pPr>
              <w:spacing w:line="240" w:lineRule="auto"/>
              <w:jc w:val="center"/>
            </w:pPr>
            <w:r>
              <w:rPr>
                <w:sz w:val="20"/>
              </w:rPr>
              <w:t>☐</w:t>
            </w:r>
          </w:p>
        </w:tc>
        <w:tc>
          <w:tcPr>
            <w:tcW w:w="1425" w:type="dxa"/>
            <w:vAlign w:val="center"/>
          </w:tcPr>
          <w:p w14:paraId="474040E2" w14:textId="77777777" w:rsidR="0041742B" w:rsidRDefault="00000000">
            <w:pPr>
              <w:spacing w:line="240" w:lineRule="auto"/>
            </w:pPr>
            <w:r>
              <w:rPr>
                <w:sz w:val="16"/>
              </w:rPr>
              <w:t>[if needed]</w:t>
            </w:r>
          </w:p>
        </w:tc>
      </w:tr>
      <w:tr w:rsidR="0041742B" w14:paraId="65BECC02" w14:textId="77777777">
        <w:trPr>
          <w:jc w:val="center"/>
        </w:trPr>
        <w:tc>
          <w:tcPr>
            <w:tcW w:w="1425" w:type="dxa"/>
            <w:vAlign w:val="center"/>
          </w:tcPr>
          <w:p w14:paraId="08DAE330" w14:textId="77777777" w:rsidR="0041742B" w:rsidRDefault="00000000">
            <w:pPr>
              <w:spacing w:line="240" w:lineRule="auto"/>
            </w:pPr>
            <w:r>
              <w:rPr>
                <w:sz w:val="16"/>
              </w:rPr>
              <w:t>Validity of interpretation and conclusions</w:t>
            </w:r>
          </w:p>
        </w:tc>
        <w:tc>
          <w:tcPr>
            <w:tcW w:w="1425" w:type="dxa"/>
            <w:vAlign w:val="center"/>
          </w:tcPr>
          <w:p w14:paraId="504A5133" w14:textId="77777777" w:rsidR="0041742B" w:rsidRDefault="00000000">
            <w:pPr>
              <w:spacing w:line="240" w:lineRule="auto"/>
              <w:jc w:val="center"/>
            </w:pPr>
            <w:r>
              <w:rPr>
                <w:sz w:val="20"/>
              </w:rPr>
              <w:t>☐</w:t>
            </w:r>
          </w:p>
        </w:tc>
        <w:tc>
          <w:tcPr>
            <w:tcW w:w="1425" w:type="dxa"/>
            <w:vAlign w:val="center"/>
          </w:tcPr>
          <w:p w14:paraId="4E19E42C" w14:textId="77777777" w:rsidR="0041742B" w:rsidRDefault="00000000">
            <w:pPr>
              <w:spacing w:line="240" w:lineRule="auto"/>
              <w:jc w:val="center"/>
            </w:pPr>
            <w:r>
              <w:rPr>
                <w:sz w:val="20"/>
              </w:rPr>
              <w:t>☐</w:t>
            </w:r>
          </w:p>
        </w:tc>
        <w:tc>
          <w:tcPr>
            <w:tcW w:w="1425" w:type="dxa"/>
            <w:vAlign w:val="center"/>
          </w:tcPr>
          <w:p w14:paraId="5253533C" w14:textId="77777777" w:rsidR="0041742B" w:rsidRDefault="00000000">
            <w:pPr>
              <w:spacing w:line="240" w:lineRule="auto"/>
              <w:jc w:val="center"/>
            </w:pPr>
            <w:r>
              <w:rPr>
                <w:sz w:val="20"/>
              </w:rPr>
              <w:t>☐</w:t>
            </w:r>
          </w:p>
        </w:tc>
        <w:tc>
          <w:tcPr>
            <w:tcW w:w="1425" w:type="dxa"/>
            <w:vAlign w:val="center"/>
          </w:tcPr>
          <w:p w14:paraId="61AD0A2C" w14:textId="77777777" w:rsidR="0041742B" w:rsidRDefault="00000000">
            <w:pPr>
              <w:spacing w:line="240" w:lineRule="auto"/>
              <w:jc w:val="center"/>
            </w:pPr>
            <w:r>
              <w:rPr>
                <w:sz w:val="20"/>
              </w:rPr>
              <w:t>☐</w:t>
            </w:r>
          </w:p>
        </w:tc>
        <w:tc>
          <w:tcPr>
            <w:tcW w:w="1425" w:type="dxa"/>
            <w:vAlign w:val="center"/>
          </w:tcPr>
          <w:p w14:paraId="466C30F8" w14:textId="77777777" w:rsidR="0041742B" w:rsidRDefault="00000000">
            <w:pPr>
              <w:spacing w:line="240" w:lineRule="auto"/>
              <w:jc w:val="center"/>
            </w:pPr>
            <w:r>
              <w:rPr>
                <w:sz w:val="20"/>
              </w:rPr>
              <w:t>☐</w:t>
            </w:r>
          </w:p>
        </w:tc>
        <w:tc>
          <w:tcPr>
            <w:tcW w:w="1425" w:type="dxa"/>
            <w:vAlign w:val="center"/>
          </w:tcPr>
          <w:p w14:paraId="3F9F8504" w14:textId="77777777" w:rsidR="0041742B" w:rsidRDefault="00000000">
            <w:pPr>
              <w:spacing w:line="240" w:lineRule="auto"/>
            </w:pPr>
            <w:r>
              <w:rPr>
                <w:sz w:val="16"/>
              </w:rPr>
              <w:t>[if needed]</w:t>
            </w:r>
          </w:p>
        </w:tc>
      </w:tr>
      <w:tr w:rsidR="0041742B" w14:paraId="07AF952E" w14:textId="77777777">
        <w:trPr>
          <w:jc w:val="center"/>
        </w:trPr>
        <w:tc>
          <w:tcPr>
            <w:tcW w:w="1425" w:type="dxa"/>
            <w:vAlign w:val="center"/>
          </w:tcPr>
          <w:p w14:paraId="63A55598" w14:textId="77777777" w:rsidR="0041742B" w:rsidRDefault="00000000">
            <w:pPr>
              <w:spacing w:line="240" w:lineRule="auto"/>
            </w:pPr>
            <w:r>
              <w:rPr>
                <w:sz w:val="16"/>
              </w:rPr>
              <w:t xml:space="preserve">Theoretical and/or practical </w:t>
            </w:r>
            <w:r>
              <w:rPr>
                <w:sz w:val="16"/>
              </w:rPr>
              <w:lastRenderedPageBreak/>
              <w:t>significance</w:t>
            </w:r>
          </w:p>
        </w:tc>
        <w:tc>
          <w:tcPr>
            <w:tcW w:w="1425" w:type="dxa"/>
            <w:vAlign w:val="center"/>
          </w:tcPr>
          <w:p w14:paraId="58D1A57F" w14:textId="77777777" w:rsidR="0041742B" w:rsidRDefault="00000000">
            <w:pPr>
              <w:spacing w:line="240" w:lineRule="auto"/>
              <w:jc w:val="center"/>
            </w:pPr>
            <w:r>
              <w:rPr>
                <w:sz w:val="20"/>
              </w:rPr>
              <w:lastRenderedPageBreak/>
              <w:t>☐</w:t>
            </w:r>
          </w:p>
        </w:tc>
        <w:tc>
          <w:tcPr>
            <w:tcW w:w="1425" w:type="dxa"/>
            <w:vAlign w:val="center"/>
          </w:tcPr>
          <w:p w14:paraId="7DC6EDF2" w14:textId="77777777" w:rsidR="0041742B" w:rsidRDefault="00000000">
            <w:pPr>
              <w:spacing w:line="240" w:lineRule="auto"/>
              <w:jc w:val="center"/>
            </w:pPr>
            <w:r>
              <w:rPr>
                <w:sz w:val="20"/>
              </w:rPr>
              <w:t>☐</w:t>
            </w:r>
          </w:p>
        </w:tc>
        <w:tc>
          <w:tcPr>
            <w:tcW w:w="1425" w:type="dxa"/>
            <w:vAlign w:val="center"/>
          </w:tcPr>
          <w:p w14:paraId="53A363EF" w14:textId="77777777" w:rsidR="0041742B" w:rsidRDefault="00000000">
            <w:pPr>
              <w:spacing w:line="240" w:lineRule="auto"/>
              <w:jc w:val="center"/>
            </w:pPr>
            <w:r>
              <w:rPr>
                <w:sz w:val="20"/>
              </w:rPr>
              <w:t>☐</w:t>
            </w:r>
          </w:p>
        </w:tc>
        <w:tc>
          <w:tcPr>
            <w:tcW w:w="1425" w:type="dxa"/>
            <w:vAlign w:val="center"/>
          </w:tcPr>
          <w:p w14:paraId="3E3DADF4" w14:textId="77777777" w:rsidR="0041742B" w:rsidRDefault="00000000">
            <w:pPr>
              <w:spacing w:line="240" w:lineRule="auto"/>
              <w:jc w:val="center"/>
            </w:pPr>
            <w:r>
              <w:rPr>
                <w:sz w:val="20"/>
              </w:rPr>
              <w:t>☐</w:t>
            </w:r>
          </w:p>
        </w:tc>
        <w:tc>
          <w:tcPr>
            <w:tcW w:w="1425" w:type="dxa"/>
            <w:vAlign w:val="center"/>
          </w:tcPr>
          <w:p w14:paraId="5F473338" w14:textId="77777777" w:rsidR="0041742B" w:rsidRDefault="00000000">
            <w:pPr>
              <w:spacing w:line="240" w:lineRule="auto"/>
              <w:jc w:val="center"/>
            </w:pPr>
            <w:r>
              <w:rPr>
                <w:sz w:val="20"/>
              </w:rPr>
              <w:t>☐</w:t>
            </w:r>
          </w:p>
        </w:tc>
        <w:tc>
          <w:tcPr>
            <w:tcW w:w="1425" w:type="dxa"/>
            <w:vAlign w:val="center"/>
          </w:tcPr>
          <w:p w14:paraId="4984D36B" w14:textId="77777777" w:rsidR="0041742B" w:rsidRDefault="00000000">
            <w:pPr>
              <w:spacing w:line="240" w:lineRule="auto"/>
            </w:pPr>
            <w:r>
              <w:rPr>
                <w:sz w:val="16"/>
              </w:rPr>
              <w:t>[if needed]</w:t>
            </w:r>
          </w:p>
        </w:tc>
      </w:tr>
      <w:tr w:rsidR="0041742B" w14:paraId="6A39CCC3" w14:textId="77777777">
        <w:trPr>
          <w:jc w:val="center"/>
        </w:trPr>
        <w:tc>
          <w:tcPr>
            <w:tcW w:w="1425" w:type="dxa"/>
            <w:vAlign w:val="center"/>
          </w:tcPr>
          <w:p w14:paraId="75FAA900" w14:textId="77777777" w:rsidR="0041742B" w:rsidRDefault="00000000">
            <w:pPr>
              <w:spacing w:line="240" w:lineRule="auto"/>
            </w:pPr>
            <w:r>
              <w:rPr>
                <w:sz w:val="16"/>
              </w:rPr>
              <w:t>Quality of tables, figures, equations, and captions</w:t>
            </w:r>
          </w:p>
        </w:tc>
        <w:tc>
          <w:tcPr>
            <w:tcW w:w="1425" w:type="dxa"/>
            <w:vAlign w:val="center"/>
          </w:tcPr>
          <w:p w14:paraId="2C32540C" w14:textId="77777777" w:rsidR="0041742B" w:rsidRDefault="00000000">
            <w:pPr>
              <w:spacing w:line="240" w:lineRule="auto"/>
              <w:jc w:val="center"/>
            </w:pPr>
            <w:r>
              <w:rPr>
                <w:sz w:val="20"/>
              </w:rPr>
              <w:t>☐</w:t>
            </w:r>
          </w:p>
        </w:tc>
        <w:tc>
          <w:tcPr>
            <w:tcW w:w="1425" w:type="dxa"/>
            <w:vAlign w:val="center"/>
          </w:tcPr>
          <w:p w14:paraId="21CF0B55" w14:textId="77777777" w:rsidR="0041742B" w:rsidRDefault="00000000">
            <w:pPr>
              <w:spacing w:line="240" w:lineRule="auto"/>
              <w:jc w:val="center"/>
            </w:pPr>
            <w:r>
              <w:rPr>
                <w:sz w:val="20"/>
              </w:rPr>
              <w:t>☐</w:t>
            </w:r>
          </w:p>
        </w:tc>
        <w:tc>
          <w:tcPr>
            <w:tcW w:w="1425" w:type="dxa"/>
            <w:vAlign w:val="center"/>
          </w:tcPr>
          <w:p w14:paraId="1EF26D7C" w14:textId="77777777" w:rsidR="0041742B" w:rsidRDefault="00000000">
            <w:pPr>
              <w:spacing w:line="240" w:lineRule="auto"/>
              <w:jc w:val="center"/>
            </w:pPr>
            <w:r>
              <w:rPr>
                <w:sz w:val="20"/>
              </w:rPr>
              <w:t>☐</w:t>
            </w:r>
          </w:p>
        </w:tc>
        <w:tc>
          <w:tcPr>
            <w:tcW w:w="1425" w:type="dxa"/>
            <w:vAlign w:val="center"/>
          </w:tcPr>
          <w:p w14:paraId="555EEAF6" w14:textId="77777777" w:rsidR="0041742B" w:rsidRDefault="00000000">
            <w:pPr>
              <w:spacing w:line="240" w:lineRule="auto"/>
              <w:jc w:val="center"/>
            </w:pPr>
            <w:r>
              <w:rPr>
                <w:sz w:val="20"/>
              </w:rPr>
              <w:t>☐</w:t>
            </w:r>
          </w:p>
        </w:tc>
        <w:tc>
          <w:tcPr>
            <w:tcW w:w="1425" w:type="dxa"/>
            <w:vAlign w:val="center"/>
          </w:tcPr>
          <w:p w14:paraId="3568D30F" w14:textId="77777777" w:rsidR="0041742B" w:rsidRDefault="00000000">
            <w:pPr>
              <w:spacing w:line="240" w:lineRule="auto"/>
              <w:jc w:val="center"/>
            </w:pPr>
            <w:r>
              <w:rPr>
                <w:sz w:val="20"/>
              </w:rPr>
              <w:t>☐</w:t>
            </w:r>
          </w:p>
        </w:tc>
        <w:tc>
          <w:tcPr>
            <w:tcW w:w="1425" w:type="dxa"/>
            <w:vAlign w:val="center"/>
          </w:tcPr>
          <w:p w14:paraId="1175AB50" w14:textId="77777777" w:rsidR="0041742B" w:rsidRDefault="00000000">
            <w:pPr>
              <w:spacing w:line="240" w:lineRule="auto"/>
            </w:pPr>
            <w:r>
              <w:rPr>
                <w:sz w:val="16"/>
              </w:rPr>
              <w:t>[if needed]</w:t>
            </w:r>
          </w:p>
        </w:tc>
      </w:tr>
      <w:tr w:rsidR="0041742B" w14:paraId="5B0F83B1" w14:textId="77777777">
        <w:trPr>
          <w:jc w:val="center"/>
        </w:trPr>
        <w:tc>
          <w:tcPr>
            <w:tcW w:w="1425" w:type="dxa"/>
            <w:vAlign w:val="center"/>
          </w:tcPr>
          <w:p w14:paraId="46715797" w14:textId="77777777" w:rsidR="0041742B" w:rsidRDefault="00000000">
            <w:pPr>
              <w:spacing w:line="240" w:lineRule="auto"/>
            </w:pPr>
            <w:r>
              <w:rPr>
                <w:sz w:val="16"/>
              </w:rPr>
              <w:t>Completeness, relevance, and accuracy of references</w:t>
            </w:r>
          </w:p>
        </w:tc>
        <w:tc>
          <w:tcPr>
            <w:tcW w:w="1425" w:type="dxa"/>
            <w:vAlign w:val="center"/>
          </w:tcPr>
          <w:p w14:paraId="053A1446" w14:textId="77777777" w:rsidR="0041742B" w:rsidRDefault="00000000">
            <w:pPr>
              <w:spacing w:line="240" w:lineRule="auto"/>
              <w:jc w:val="center"/>
            </w:pPr>
            <w:r>
              <w:rPr>
                <w:sz w:val="20"/>
              </w:rPr>
              <w:t>☐</w:t>
            </w:r>
          </w:p>
        </w:tc>
        <w:tc>
          <w:tcPr>
            <w:tcW w:w="1425" w:type="dxa"/>
            <w:vAlign w:val="center"/>
          </w:tcPr>
          <w:p w14:paraId="202881CC" w14:textId="77777777" w:rsidR="0041742B" w:rsidRDefault="00000000">
            <w:pPr>
              <w:spacing w:line="240" w:lineRule="auto"/>
              <w:jc w:val="center"/>
            </w:pPr>
            <w:r>
              <w:rPr>
                <w:sz w:val="20"/>
              </w:rPr>
              <w:t>☐</w:t>
            </w:r>
          </w:p>
        </w:tc>
        <w:tc>
          <w:tcPr>
            <w:tcW w:w="1425" w:type="dxa"/>
            <w:vAlign w:val="center"/>
          </w:tcPr>
          <w:p w14:paraId="4D0823B5" w14:textId="77777777" w:rsidR="0041742B" w:rsidRDefault="00000000">
            <w:pPr>
              <w:spacing w:line="240" w:lineRule="auto"/>
              <w:jc w:val="center"/>
            </w:pPr>
            <w:r>
              <w:rPr>
                <w:sz w:val="20"/>
              </w:rPr>
              <w:t>☐</w:t>
            </w:r>
          </w:p>
        </w:tc>
        <w:tc>
          <w:tcPr>
            <w:tcW w:w="1425" w:type="dxa"/>
            <w:vAlign w:val="center"/>
          </w:tcPr>
          <w:p w14:paraId="4C4EC439" w14:textId="77777777" w:rsidR="0041742B" w:rsidRDefault="00000000">
            <w:pPr>
              <w:spacing w:line="240" w:lineRule="auto"/>
              <w:jc w:val="center"/>
            </w:pPr>
            <w:r>
              <w:rPr>
                <w:sz w:val="20"/>
              </w:rPr>
              <w:t>☐</w:t>
            </w:r>
          </w:p>
        </w:tc>
        <w:tc>
          <w:tcPr>
            <w:tcW w:w="1425" w:type="dxa"/>
            <w:vAlign w:val="center"/>
          </w:tcPr>
          <w:p w14:paraId="04CAA703" w14:textId="77777777" w:rsidR="0041742B" w:rsidRDefault="00000000">
            <w:pPr>
              <w:spacing w:line="240" w:lineRule="auto"/>
              <w:jc w:val="center"/>
            </w:pPr>
            <w:r>
              <w:rPr>
                <w:sz w:val="20"/>
              </w:rPr>
              <w:t>☐</w:t>
            </w:r>
          </w:p>
        </w:tc>
        <w:tc>
          <w:tcPr>
            <w:tcW w:w="1425" w:type="dxa"/>
            <w:vAlign w:val="center"/>
          </w:tcPr>
          <w:p w14:paraId="6D75CB92" w14:textId="77777777" w:rsidR="0041742B" w:rsidRDefault="00000000">
            <w:pPr>
              <w:spacing w:line="240" w:lineRule="auto"/>
            </w:pPr>
            <w:r>
              <w:rPr>
                <w:sz w:val="16"/>
              </w:rPr>
              <w:t>[if needed]</w:t>
            </w:r>
          </w:p>
        </w:tc>
      </w:tr>
      <w:tr w:rsidR="0041742B" w14:paraId="7E4ABA19" w14:textId="77777777">
        <w:trPr>
          <w:jc w:val="center"/>
        </w:trPr>
        <w:tc>
          <w:tcPr>
            <w:tcW w:w="1425" w:type="dxa"/>
            <w:vAlign w:val="center"/>
          </w:tcPr>
          <w:p w14:paraId="7D3C0D9D" w14:textId="77777777" w:rsidR="0041742B" w:rsidRDefault="00000000">
            <w:pPr>
              <w:spacing w:line="240" w:lineRule="auto"/>
            </w:pPr>
            <w:r>
              <w:rPr>
                <w:sz w:val="16"/>
              </w:rPr>
              <w:t>Language, style, and compliance with formatting requirements</w:t>
            </w:r>
          </w:p>
        </w:tc>
        <w:tc>
          <w:tcPr>
            <w:tcW w:w="1425" w:type="dxa"/>
            <w:vAlign w:val="center"/>
          </w:tcPr>
          <w:p w14:paraId="03E34AF5" w14:textId="77777777" w:rsidR="0041742B" w:rsidRDefault="00000000">
            <w:pPr>
              <w:spacing w:line="240" w:lineRule="auto"/>
              <w:jc w:val="center"/>
            </w:pPr>
            <w:r>
              <w:rPr>
                <w:sz w:val="20"/>
              </w:rPr>
              <w:t>☐</w:t>
            </w:r>
          </w:p>
        </w:tc>
        <w:tc>
          <w:tcPr>
            <w:tcW w:w="1425" w:type="dxa"/>
            <w:vAlign w:val="center"/>
          </w:tcPr>
          <w:p w14:paraId="41BF437D" w14:textId="77777777" w:rsidR="0041742B" w:rsidRDefault="00000000">
            <w:pPr>
              <w:spacing w:line="240" w:lineRule="auto"/>
              <w:jc w:val="center"/>
            </w:pPr>
            <w:r>
              <w:rPr>
                <w:sz w:val="20"/>
              </w:rPr>
              <w:t>☐</w:t>
            </w:r>
          </w:p>
        </w:tc>
        <w:tc>
          <w:tcPr>
            <w:tcW w:w="1425" w:type="dxa"/>
            <w:vAlign w:val="center"/>
          </w:tcPr>
          <w:p w14:paraId="618CEBDF" w14:textId="77777777" w:rsidR="0041742B" w:rsidRDefault="00000000">
            <w:pPr>
              <w:spacing w:line="240" w:lineRule="auto"/>
              <w:jc w:val="center"/>
            </w:pPr>
            <w:r>
              <w:rPr>
                <w:sz w:val="20"/>
              </w:rPr>
              <w:t>☐</w:t>
            </w:r>
          </w:p>
        </w:tc>
        <w:tc>
          <w:tcPr>
            <w:tcW w:w="1425" w:type="dxa"/>
            <w:vAlign w:val="center"/>
          </w:tcPr>
          <w:p w14:paraId="7641C591" w14:textId="77777777" w:rsidR="0041742B" w:rsidRDefault="00000000">
            <w:pPr>
              <w:spacing w:line="240" w:lineRule="auto"/>
              <w:jc w:val="center"/>
            </w:pPr>
            <w:r>
              <w:rPr>
                <w:sz w:val="20"/>
              </w:rPr>
              <w:t>☐</w:t>
            </w:r>
          </w:p>
        </w:tc>
        <w:tc>
          <w:tcPr>
            <w:tcW w:w="1425" w:type="dxa"/>
            <w:vAlign w:val="center"/>
          </w:tcPr>
          <w:p w14:paraId="544539AB" w14:textId="77777777" w:rsidR="0041742B" w:rsidRDefault="00000000">
            <w:pPr>
              <w:spacing w:line="240" w:lineRule="auto"/>
              <w:jc w:val="center"/>
            </w:pPr>
            <w:r>
              <w:rPr>
                <w:sz w:val="20"/>
              </w:rPr>
              <w:t>☐</w:t>
            </w:r>
          </w:p>
        </w:tc>
        <w:tc>
          <w:tcPr>
            <w:tcW w:w="1425" w:type="dxa"/>
            <w:vAlign w:val="center"/>
          </w:tcPr>
          <w:p w14:paraId="7EC247D5" w14:textId="77777777" w:rsidR="0041742B" w:rsidRDefault="00000000">
            <w:pPr>
              <w:spacing w:line="240" w:lineRule="auto"/>
            </w:pPr>
            <w:r>
              <w:rPr>
                <w:sz w:val="16"/>
              </w:rPr>
              <w:t>[if needed]</w:t>
            </w:r>
          </w:p>
        </w:tc>
      </w:tr>
      <w:tr w:rsidR="0041742B" w14:paraId="74277A93" w14:textId="77777777">
        <w:trPr>
          <w:jc w:val="center"/>
        </w:trPr>
        <w:tc>
          <w:tcPr>
            <w:tcW w:w="1425" w:type="dxa"/>
            <w:vAlign w:val="center"/>
          </w:tcPr>
          <w:p w14:paraId="13D25DE0" w14:textId="77777777" w:rsidR="0041742B" w:rsidRDefault="00000000">
            <w:pPr>
              <w:spacing w:line="240" w:lineRule="auto"/>
            </w:pPr>
            <w:r>
              <w:rPr>
                <w:sz w:val="16"/>
              </w:rPr>
              <w:t>Compliance with publication ethics principles</w:t>
            </w:r>
          </w:p>
        </w:tc>
        <w:tc>
          <w:tcPr>
            <w:tcW w:w="1425" w:type="dxa"/>
            <w:vAlign w:val="center"/>
          </w:tcPr>
          <w:p w14:paraId="0868198B" w14:textId="77777777" w:rsidR="0041742B" w:rsidRDefault="00000000">
            <w:pPr>
              <w:spacing w:line="240" w:lineRule="auto"/>
              <w:jc w:val="center"/>
            </w:pPr>
            <w:r>
              <w:rPr>
                <w:sz w:val="20"/>
              </w:rPr>
              <w:t>☐</w:t>
            </w:r>
          </w:p>
        </w:tc>
        <w:tc>
          <w:tcPr>
            <w:tcW w:w="1425" w:type="dxa"/>
            <w:vAlign w:val="center"/>
          </w:tcPr>
          <w:p w14:paraId="1CA8A1B2" w14:textId="77777777" w:rsidR="0041742B" w:rsidRDefault="00000000">
            <w:pPr>
              <w:spacing w:line="240" w:lineRule="auto"/>
              <w:jc w:val="center"/>
            </w:pPr>
            <w:r>
              <w:rPr>
                <w:sz w:val="20"/>
              </w:rPr>
              <w:t>☐</w:t>
            </w:r>
          </w:p>
        </w:tc>
        <w:tc>
          <w:tcPr>
            <w:tcW w:w="1425" w:type="dxa"/>
            <w:vAlign w:val="center"/>
          </w:tcPr>
          <w:p w14:paraId="0C4FE5FC" w14:textId="77777777" w:rsidR="0041742B" w:rsidRDefault="00000000">
            <w:pPr>
              <w:spacing w:line="240" w:lineRule="auto"/>
              <w:jc w:val="center"/>
            </w:pPr>
            <w:r>
              <w:rPr>
                <w:sz w:val="20"/>
              </w:rPr>
              <w:t>☐</w:t>
            </w:r>
          </w:p>
        </w:tc>
        <w:tc>
          <w:tcPr>
            <w:tcW w:w="1425" w:type="dxa"/>
            <w:vAlign w:val="center"/>
          </w:tcPr>
          <w:p w14:paraId="7036B07D" w14:textId="77777777" w:rsidR="0041742B" w:rsidRDefault="00000000">
            <w:pPr>
              <w:spacing w:line="240" w:lineRule="auto"/>
              <w:jc w:val="center"/>
            </w:pPr>
            <w:r>
              <w:rPr>
                <w:sz w:val="20"/>
              </w:rPr>
              <w:t>☐</w:t>
            </w:r>
          </w:p>
        </w:tc>
        <w:tc>
          <w:tcPr>
            <w:tcW w:w="1425" w:type="dxa"/>
            <w:vAlign w:val="center"/>
          </w:tcPr>
          <w:p w14:paraId="7D1D913C" w14:textId="77777777" w:rsidR="0041742B" w:rsidRDefault="00000000">
            <w:pPr>
              <w:spacing w:line="240" w:lineRule="auto"/>
              <w:jc w:val="center"/>
            </w:pPr>
            <w:r>
              <w:rPr>
                <w:sz w:val="20"/>
              </w:rPr>
              <w:t>☐</w:t>
            </w:r>
          </w:p>
        </w:tc>
        <w:tc>
          <w:tcPr>
            <w:tcW w:w="1425" w:type="dxa"/>
            <w:vAlign w:val="center"/>
          </w:tcPr>
          <w:p w14:paraId="7259A54D" w14:textId="77777777" w:rsidR="0041742B" w:rsidRDefault="00000000">
            <w:pPr>
              <w:spacing w:line="240" w:lineRule="auto"/>
            </w:pPr>
            <w:r>
              <w:rPr>
                <w:sz w:val="16"/>
              </w:rPr>
              <w:t>[if needed]</w:t>
            </w:r>
          </w:p>
        </w:tc>
      </w:tr>
    </w:tbl>
    <w:p w14:paraId="29964021" w14:textId="77777777" w:rsidR="0041742B" w:rsidRDefault="0041742B">
      <w:pPr>
        <w:spacing w:line="240" w:lineRule="auto"/>
        <w:jc w:val="both"/>
      </w:pPr>
    </w:p>
    <w:p w14:paraId="04270D08" w14:textId="77777777" w:rsidR="0041742B" w:rsidRDefault="00000000">
      <w:pPr>
        <w:spacing w:line="312" w:lineRule="auto"/>
        <w:jc w:val="center"/>
      </w:pPr>
      <w:r>
        <w:rPr>
          <w:b/>
          <w:sz w:val="26"/>
        </w:rPr>
        <w:t>DETAILED REVIEW</w:t>
      </w:r>
    </w:p>
    <w:p w14:paraId="692B939E" w14:textId="77777777" w:rsidR="0041742B" w:rsidRDefault="00000000">
      <w:pPr>
        <w:spacing w:line="264" w:lineRule="auto"/>
      </w:pPr>
      <w:r>
        <w:rPr>
          <w:b/>
        </w:rPr>
        <w:t>1. Brief summary of the manuscript</w:t>
      </w:r>
    </w:p>
    <w:p w14:paraId="47CAF894" w14:textId="77777777" w:rsidR="0041742B" w:rsidRDefault="00000000">
      <w:pPr>
        <w:jc w:val="both"/>
      </w:pPr>
      <w:r>
        <w:rPr>
          <w:i/>
        </w:rPr>
        <w:t>[Briefly state the subject, aim, approach, and main findings.]</w:t>
      </w:r>
      <w:r>
        <w:rPr>
          <w:i/>
        </w:rPr>
        <w:br/>
      </w:r>
      <w:r>
        <w:rPr>
          <w:i/>
        </w:rPr>
        <w:br/>
        <w:t>[Enter review text.]</w:t>
      </w:r>
      <w:r>
        <w:rPr>
          <w:i/>
        </w:rPr>
        <w:br/>
      </w:r>
      <w:r>
        <w:rPr>
          <w:i/>
        </w:rPr>
        <w:br/>
      </w:r>
    </w:p>
    <w:p w14:paraId="50AF19FC" w14:textId="77777777" w:rsidR="0041742B" w:rsidRDefault="00000000">
      <w:pPr>
        <w:spacing w:line="264" w:lineRule="auto"/>
      </w:pPr>
      <w:r>
        <w:rPr>
          <w:b/>
        </w:rPr>
        <w:t>2. Strengths of the manuscript</w:t>
      </w:r>
    </w:p>
    <w:p w14:paraId="6884B8AD" w14:textId="77777777" w:rsidR="0041742B" w:rsidRDefault="00000000">
      <w:pPr>
        <w:jc w:val="both"/>
      </w:pPr>
      <w:r>
        <w:rPr>
          <w:i/>
        </w:rPr>
        <w:t>[Identify key strengths, such as novelty, methods, results, clarity, or practical value.]</w:t>
      </w:r>
      <w:r>
        <w:rPr>
          <w:i/>
        </w:rPr>
        <w:br/>
      </w:r>
      <w:r>
        <w:rPr>
          <w:i/>
        </w:rPr>
        <w:br/>
        <w:t>[Enter review text.]</w:t>
      </w:r>
      <w:r>
        <w:rPr>
          <w:i/>
        </w:rPr>
        <w:br/>
      </w:r>
      <w:r>
        <w:rPr>
          <w:i/>
        </w:rPr>
        <w:br/>
      </w:r>
    </w:p>
    <w:p w14:paraId="46ADC6C6" w14:textId="77777777" w:rsidR="0041742B" w:rsidRDefault="00000000">
      <w:pPr>
        <w:spacing w:line="264" w:lineRule="auto"/>
      </w:pPr>
      <w:r>
        <w:rPr>
          <w:b/>
        </w:rPr>
        <w:t>3. Major comments</w:t>
      </w:r>
    </w:p>
    <w:p w14:paraId="13AF726C" w14:textId="77777777" w:rsidR="0041742B" w:rsidRDefault="00000000">
      <w:pPr>
        <w:jc w:val="both"/>
      </w:pPr>
      <w:r>
        <w:rPr>
          <w:i/>
        </w:rPr>
        <w:t>[List substantial issues that must be addressed before the manuscript can be considered for publication.]</w:t>
      </w:r>
      <w:r>
        <w:rPr>
          <w:i/>
        </w:rPr>
        <w:br/>
      </w:r>
      <w:r>
        <w:rPr>
          <w:i/>
        </w:rPr>
        <w:br/>
        <w:t>[Enter review text.]</w:t>
      </w:r>
      <w:r>
        <w:rPr>
          <w:i/>
        </w:rPr>
        <w:br/>
      </w:r>
      <w:r>
        <w:rPr>
          <w:i/>
        </w:rPr>
        <w:br/>
      </w:r>
    </w:p>
    <w:p w14:paraId="4CC56091" w14:textId="77777777" w:rsidR="0041742B" w:rsidRDefault="00000000">
      <w:pPr>
        <w:spacing w:line="264" w:lineRule="auto"/>
      </w:pPr>
      <w:r>
        <w:rPr>
          <w:b/>
        </w:rPr>
        <w:t>4. Minor comments</w:t>
      </w:r>
    </w:p>
    <w:p w14:paraId="4B167184" w14:textId="77777777" w:rsidR="0041742B" w:rsidRDefault="00000000">
      <w:pPr>
        <w:jc w:val="both"/>
      </w:pPr>
      <w:r>
        <w:rPr>
          <w:i/>
        </w:rPr>
        <w:t>[Comment on structure, terminology, tables, figures, equations, references, language, and formatting as applicable.]</w:t>
      </w:r>
      <w:r>
        <w:rPr>
          <w:i/>
        </w:rPr>
        <w:br/>
      </w:r>
      <w:r>
        <w:rPr>
          <w:i/>
        </w:rPr>
        <w:br/>
        <w:t>[Enter review text.]</w:t>
      </w:r>
      <w:r>
        <w:rPr>
          <w:i/>
        </w:rPr>
        <w:br/>
      </w:r>
      <w:r>
        <w:rPr>
          <w:i/>
        </w:rPr>
        <w:br/>
      </w:r>
    </w:p>
    <w:p w14:paraId="370DC2CD" w14:textId="77777777" w:rsidR="0041742B" w:rsidRDefault="00000000">
      <w:pPr>
        <w:spacing w:line="264" w:lineRule="auto"/>
      </w:pPr>
      <w:r>
        <w:rPr>
          <w:b/>
        </w:rPr>
        <w:t>5. Recommendations for the authors</w:t>
      </w:r>
    </w:p>
    <w:p w14:paraId="25F6F0E4" w14:textId="77777777" w:rsidR="0041742B" w:rsidRDefault="00000000">
      <w:pPr>
        <w:jc w:val="both"/>
      </w:pPr>
      <w:r>
        <w:rPr>
          <w:i/>
        </w:rPr>
        <w:t>[Provide specific, respectful, and actionable recommendations.]</w:t>
      </w:r>
      <w:r>
        <w:rPr>
          <w:i/>
        </w:rPr>
        <w:br/>
      </w:r>
      <w:r>
        <w:rPr>
          <w:i/>
        </w:rPr>
        <w:br/>
        <w:t>[Enter review text.]</w:t>
      </w:r>
      <w:r>
        <w:rPr>
          <w:i/>
        </w:rPr>
        <w:br/>
      </w:r>
      <w:r>
        <w:rPr>
          <w:i/>
        </w:rPr>
        <w:br/>
      </w:r>
    </w:p>
    <w:p w14:paraId="0D841A12" w14:textId="77777777" w:rsidR="0041742B" w:rsidRDefault="00000000">
      <w:pPr>
        <w:spacing w:line="312" w:lineRule="auto"/>
        <w:jc w:val="center"/>
      </w:pPr>
      <w:r>
        <w:rPr>
          <w:b/>
          <w:sz w:val="26"/>
        </w:rPr>
        <w:lastRenderedPageBreak/>
        <w:t>RECOMMENDATION TO THE EDITORIAL OFFICE</w:t>
      </w:r>
    </w:p>
    <w:p w14:paraId="1FE8E3B5" w14:textId="77777777" w:rsidR="0041742B" w:rsidRDefault="00000000">
      <w:r>
        <w:t>☐ Accept without revision.</w:t>
      </w:r>
    </w:p>
    <w:p w14:paraId="44744EF3" w14:textId="77777777" w:rsidR="0041742B" w:rsidRDefault="00000000">
      <w:r>
        <w:t>☐ Accept subject to minor revision.</w:t>
      </w:r>
    </w:p>
    <w:p w14:paraId="3D05A2F5" w14:textId="77777777" w:rsidR="0041742B" w:rsidRDefault="00000000">
      <w:r>
        <w:t>☐ Invite major revision and further peer review.</w:t>
      </w:r>
    </w:p>
    <w:p w14:paraId="1C497350" w14:textId="77777777" w:rsidR="0041742B" w:rsidRDefault="00000000">
      <w:r>
        <w:t>☐ Reject the manuscript.</w:t>
      </w:r>
    </w:p>
    <w:p w14:paraId="48D98387" w14:textId="77777777" w:rsidR="0041742B" w:rsidRDefault="00000000">
      <w:r>
        <w:t>☐ Obtain an additional review / appoint another reviewer.</w:t>
      </w:r>
    </w:p>
    <w:p w14:paraId="5B97A61C" w14:textId="77777777" w:rsidR="0041742B" w:rsidRDefault="00000000">
      <w:pPr>
        <w:spacing w:line="264" w:lineRule="auto"/>
      </w:pPr>
      <w:r>
        <w:rPr>
          <w:b/>
        </w:rPr>
        <w:t xml:space="preserve">Rationale for recommendation: </w:t>
      </w:r>
      <w:r>
        <w:t>[Specify]</w:t>
      </w:r>
    </w:p>
    <w:p w14:paraId="63CC78BB" w14:textId="77777777" w:rsidR="0041742B" w:rsidRDefault="00000000">
      <w:pPr>
        <w:spacing w:line="312" w:lineRule="auto"/>
        <w:jc w:val="center"/>
      </w:pPr>
      <w:r>
        <w:rPr>
          <w:b/>
          <w:sz w:val="26"/>
        </w:rPr>
        <w:t>CONFIDENTIAL COMMENTS TO THE EDITOR</w:t>
      </w:r>
    </w:p>
    <w:p w14:paraId="364081BD" w14:textId="77777777" w:rsidR="0041742B" w:rsidRDefault="00000000">
      <w:pPr>
        <w:jc w:val="both"/>
      </w:pPr>
      <w:r>
        <w:rPr>
          <w:i/>
        </w:rPr>
        <w:t>[This section will not be shared with the authors. Use it, if necessary, to report suspected ethical concerns, conflicts of interest, limitations of reviewer expertise, concerns about plagiarism or duplicate publication, or other information for the Editorial Office.]</w:t>
      </w:r>
      <w:r>
        <w:rPr>
          <w:i/>
        </w:rPr>
        <w:br/>
      </w:r>
      <w:r>
        <w:rPr>
          <w:i/>
        </w:rPr>
        <w:br/>
        <w:t>[Enter confidential comments or state: None.]</w:t>
      </w:r>
    </w:p>
    <w:p w14:paraId="63BE0766" w14:textId="77777777" w:rsidR="0041742B" w:rsidRDefault="00000000">
      <w:pPr>
        <w:spacing w:line="312" w:lineRule="auto"/>
        <w:jc w:val="center"/>
      </w:pPr>
      <w:r>
        <w:rPr>
          <w:b/>
          <w:sz w:val="26"/>
        </w:rPr>
        <w:t>CONFIRMATION</w:t>
      </w:r>
    </w:p>
    <w:p w14:paraId="0C2EC8CC" w14:textId="77777777" w:rsidR="0041742B" w:rsidRDefault="00000000">
      <w:pPr>
        <w:spacing w:line="264" w:lineRule="auto"/>
        <w:jc w:val="both"/>
      </w:pPr>
      <w:r>
        <w:rPr>
          <w:sz w:val="22"/>
        </w:rPr>
        <w:t>I confirm that I prepared this reviewer report personally, that it reflects my independent professional assessment of the manuscript, and that it contains no offensive, discriminatory, or irrelevant statements.</w:t>
      </w:r>
    </w:p>
    <w:p w14:paraId="79D9ED6F" w14:textId="77777777" w:rsidR="0041742B" w:rsidRDefault="00000000">
      <w:pPr>
        <w:spacing w:line="264" w:lineRule="auto"/>
      </w:pPr>
      <w:r>
        <w:rPr>
          <w:b/>
        </w:rPr>
        <w:t xml:space="preserve">Reviewer signature: </w:t>
      </w:r>
      <w:r>
        <w:t>____________________________</w:t>
      </w:r>
    </w:p>
    <w:p w14:paraId="3876A56C" w14:textId="77777777" w:rsidR="0041742B" w:rsidRDefault="00000000">
      <w:pPr>
        <w:spacing w:line="264" w:lineRule="auto"/>
      </w:pPr>
      <w:r>
        <w:rPr>
          <w:b/>
        </w:rPr>
        <w:t xml:space="preserve">Date: </w:t>
      </w:r>
      <w:r>
        <w:t>____________________________</w:t>
      </w:r>
    </w:p>
    <w:p w14:paraId="3AB501DE" w14:textId="77777777" w:rsidR="0041742B" w:rsidRDefault="00000000">
      <w:pPr>
        <w:spacing w:line="240" w:lineRule="auto"/>
        <w:jc w:val="both"/>
      </w:pPr>
      <w:r>
        <w:rPr>
          <w:i/>
          <w:sz w:val="18"/>
        </w:rPr>
        <w:t>Editorial note: In a double-blind peer review process, send authors only anonymised comments and requests for revision. Do not disclose the reviewer’s identity, signature, contact details, conflict-of-interest declaration, or confidential comments to the editor.</w:t>
      </w:r>
    </w:p>
    <w:sectPr w:rsidR="0041742B" w:rsidSect="00034616">
      <w:footerReference w:type="default" r:id="rId8"/>
      <w:pgSz w:w="12240" w:h="15840"/>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5BDAF" w14:textId="77777777" w:rsidR="002945A7" w:rsidRDefault="002945A7">
      <w:pPr>
        <w:spacing w:line="240" w:lineRule="auto"/>
      </w:pPr>
      <w:r>
        <w:separator/>
      </w:r>
    </w:p>
  </w:endnote>
  <w:endnote w:type="continuationSeparator" w:id="0">
    <w:p w14:paraId="33C81A29" w14:textId="77777777" w:rsidR="002945A7" w:rsidRDefault="002945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48691" w14:textId="77777777" w:rsidR="0041742B" w:rsidRDefault="00000000">
    <w:pPr>
      <w:pStyle w:val="Footer"/>
      <w:jc w:val="center"/>
    </w:pPr>
    <w:r>
      <w:rPr>
        <w:sz w:val="18"/>
      </w:rPr>
      <w:t xml:space="preserve">Page </w:t>
    </w:r>
    <w:r>
      <w:rPr>
        <w:sz w:val="18"/>
      </w:rPr>
      <w:fldChar w:fldCharType="begin"/>
    </w:r>
    <w:r>
      <w:rPr>
        <w:sz w:val="18"/>
      </w:rPr>
      <w:instrText>PAGE</w:instrText>
    </w:r>
    <w:r w:rsidR="004368F5">
      <w:rPr>
        <w:sz w:val="18"/>
      </w:rPr>
      <w:fldChar w:fldCharType="separate"/>
    </w:r>
    <w:r w:rsidR="004368F5">
      <w:rPr>
        <w:noProof/>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A94B1" w14:textId="77777777" w:rsidR="002945A7" w:rsidRDefault="002945A7">
      <w:pPr>
        <w:spacing w:line="240" w:lineRule="auto"/>
      </w:pPr>
      <w:r>
        <w:separator/>
      </w:r>
    </w:p>
  </w:footnote>
  <w:footnote w:type="continuationSeparator" w:id="0">
    <w:p w14:paraId="45300237" w14:textId="77777777" w:rsidR="002945A7" w:rsidRDefault="002945A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64822493">
    <w:abstractNumId w:val="8"/>
  </w:num>
  <w:num w:numId="2" w16cid:durableId="1368022672">
    <w:abstractNumId w:val="6"/>
  </w:num>
  <w:num w:numId="3" w16cid:durableId="644237733">
    <w:abstractNumId w:val="5"/>
  </w:num>
  <w:num w:numId="4" w16cid:durableId="571700094">
    <w:abstractNumId w:val="4"/>
  </w:num>
  <w:num w:numId="5" w16cid:durableId="1678583179">
    <w:abstractNumId w:val="7"/>
  </w:num>
  <w:num w:numId="6" w16cid:durableId="131216113">
    <w:abstractNumId w:val="3"/>
  </w:num>
  <w:num w:numId="7" w16cid:durableId="159078506">
    <w:abstractNumId w:val="2"/>
  </w:num>
  <w:num w:numId="8" w16cid:durableId="865872163">
    <w:abstractNumId w:val="1"/>
  </w:num>
  <w:num w:numId="9" w16cid:durableId="11276223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45A7"/>
    <w:rsid w:val="0029639D"/>
    <w:rsid w:val="00326F90"/>
    <w:rsid w:val="0041742B"/>
    <w:rsid w:val="004368F5"/>
    <w:rsid w:val="005879BB"/>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6687BD"/>
  <w14:defaultImageDpi w14:val="300"/>
  <w15:docId w15:val="{B4425A22-3061-4673-A883-3F6206429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651</Words>
  <Characters>3711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Курбанмагомедов Арслан Курбанмагомедович</cp:lastModifiedBy>
  <cp:revision>2</cp:revision>
  <dcterms:created xsi:type="dcterms:W3CDTF">2013-12-23T23:15:00Z</dcterms:created>
  <dcterms:modified xsi:type="dcterms:W3CDTF">2026-09-12T01:07:00Z</dcterms:modified>
  <cp:category/>
</cp:coreProperties>
</file>